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1835E" w14:textId="77777777" w:rsidR="00AA24B8" w:rsidRDefault="00AA24B8">
      <w:pPr>
        <w:spacing w:after="840"/>
      </w:pPr>
    </w:p>
    <w:p w14:paraId="09899D3F" w14:textId="77777777" w:rsidR="00AA24B8" w:rsidRPr="00FE3847" w:rsidRDefault="004C3622">
      <w:pPr>
        <w:pStyle w:val="Titre"/>
        <w:spacing w:after="360"/>
        <w:jc w:val="center"/>
        <w:rPr>
          <w:color w:val="002060"/>
        </w:rPr>
      </w:pPr>
      <w:r w:rsidRPr="00FE3847">
        <w:rPr>
          <w:color w:val="002060"/>
        </w:rPr>
        <w:t>Les 12 paires de qualités jumelles</w:t>
      </w:r>
    </w:p>
    <w:p w14:paraId="7F62232B" w14:textId="77777777" w:rsidR="00AA24B8" w:rsidRDefault="004C3622">
      <w:pPr>
        <w:spacing w:after="440"/>
        <w:jc w:val="center"/>
      </w:pPr>
      <w:r>
        <w:rPr>
          <w:b/>
          <w:color w:val="C47D68"/>
          <w:sz w:val="32"/>
        </w:rPr>
        <w:t>Carnet de cheminement personnel</w:t>
      </w:r>
    </w:p>
    <w:p w14:paraId="72EC2C0B" w14:textId="77777777" w:rsidR="00AA24B8" w:rsidRDefault="004C3622">
      <w:pPr>
        <w:spacing w:after="1100"/>
        <w:jc w:val="center"/>
      </w:pPr>
      <w:r>
        <w:rPr>
          <w:i/>
          <w:color w:val="173B55"/>
          <w:sz w:val="24"/>
        </w:rPr>
        <w:t>Reconnaître mes élans naturels, accueillir leurs déséquilibres et choisir une réponse plus consciente.</w:t>
      </w:r>
    </w:p>
    <w:p w14:paraId="696292E9" w14:textId="77777777" w:rsidR="00AA24B8" w:rsidRPr="00FE3847" w:rsidRDefault="004C3622">
      <w:pPr>
        <w:jc w:val="center"/>
        <w:rPr>
          <w:color w:val="002060"/>
        </w:rPr>
      </w:pPr>
      <w:r w:rsidRPr="00FE3847">
        <w:rPr>
          <w:b/>
          <w:color w:val="002060"/>
          <w:sz w:val="20"/>
        </w:rPr>
        <w:t>Prénom et nom</w:t>
      </w:r>
    </w:p>
    <w:p w14:paraId="05AAEAA9" w14:textId="77777777" w:rsidR="00AA24B8" w:rsidRPr="00FE3847" w:rsidRDefault="004C3622">
      <w:pPr>
        <w:spacing w:before="40" w:after="60"/>
        <w:rPr>
          <w:color w:val="002060"/>
        </w:rPr>
      </w:pPr>
      <w:r w:rsidRPr="00FE3847">
        <w:rPr>
          <w:color w:val="002060"/>
          <w:sz w:val="18"/>
        </w:rPr>
        <w:t>________________________________________________________________________________</w:t>
      </w:r>
    </w:p>
    <w:p w14:paraId="08F90C19" w14:textId="77777777" w:rsidR="00AA24B8" w:rsidRPr="00FE3847" w:rsidRDefault="004C3622">
      <w:pPr>
        <w:jc w:val="center"/>
        <w:rPr>
          <w:color w:val="002060"/>
        </w:rPr>
      </w:pPr>
      <w:r w:rsidRPr="00FE3847">
        <w:rPr>
          <w:b/>
          <w:color w:val="002060"/>
          <w:sz w:val="20"/>
        </w:rPr>
        <w:t>Date de début</w:t>
      </w:r>
    </w:p>
    <w:p w14:paraId="5551BF1F" w14:textId="77777777" w:rsidR="00AA24B8" w:rsidRPr="00FE3847" w:rsidRDefault="004C3622">
      <w:pPr>
        <w:spacing w:before="40" w:after="60"/>
        <w:rPr>
          <w:color w:val="002060"/>
        </w:rPr>
      </w:pPr>
      <w:r w:rsidRPr="00FE3847">
        <w:rPr>
          <w:color w:val="002060"/>
          <w:sz w:val="18"/>
        </w:rPr>
        <w:t>________________________________________________________________________________</w:t>
      </w:r>
    </w:p>
    <w:p w14:paraId="3C1DF043" w14:textId="77777777" w:rsidR="00AA24B8" w:rsidRDefault="00AA24B8">
      <w:pPr>
        <w:spacing w:after="600"/>
      </w:pPr>
    </w:p>
    <w:p w14:paraId="639718AC" w14:textId="77777777" w:rsidR="00AA24B8" w:rsidRPr="00FE3847" w:rsidRDefault="004C3622">
      <w:pPr>
        <w:jc w:val="center"/>
        <w:rPr>
          <w:color w:val="002060"/>
        </w:rPr>
      </w:pPr>
      <w:r>
        <w:rPr>
          <w:b/>
          <w:color w:val="173B55"/>
          <w:sz w:val="26"/>
        </w:rPr>
        <w:t>Les Ailes de l'Être</w:t>
      </w:r>
      <w:r>
        <w:rPr>
          <w:sz w:val="20"/>
        </w:rPr>
        <w:br/>
      </w:r>
      <w:r w:rsidRPr="00FE3847">
        <w:rPr>
          <w:color w:val="002060"/>
          <w:sz w:val="20"/>
        </w:rPr>
        <w:t>Céline Moreau</w:t>
      </w:r>
    </w:p>
    <w:p w14:paraId="369A72A0" w14:textId="77777777" w:rsidR="00AA24B8" w:rsidRDefault="004C3622">
      <w:r>
        <w:br w:type="page"/>
      </w:r>
    </w:p>
    <w:p w14:paraId="5E2C2C6E" w14:textId="77777777" w:rsidR="00AA24B8" w:rsidRPr="00FE3847" w:rsidRDefault="004C3622">
      <w:pPr>
        <w:pStyle w:val="Titre1"/>
        <w:rPr>
          <w:color w:val="002060"/>
        </w:rPr>
      </w:pPr>
      <w:r w:rsidRPr="00FE3847">
        <w:rPr>
          <w:color w:val="002060"/>
        </w:rPr>
        <w:lastRenderedPageBreak/>
        <w:t>Comment utiliser ce carnet</w:t>
      </w:r>
    </w:p>
    <w:p w14:paraId="5FB15CAA" w14:textId="77777777" w:rsidR="00AA24B8" w:rsidRPr="00FE3847" w:rsidRDefault="004C3622">
      <w:pPr>
        <w:spacing w:line="259" w:lineRule="auto"/>
        <w:rPr>
          <w:color w:val="002060"/>
        </w:rPr>
      </w:pPr>
      <w:r w:rsidRPr="00FE3847">
        <w:rPr>
          <w:color w:val="002060"/>
        </w:rPr>
        <w:t>Les qualités présentées dans ce carnet fonctionnent par paires. Elles ne s'opposent pas : elles se complètent. Selon la situation, l'une ou l'autre peut devenir la réponse la plus juste.</w:t>
      </w:r>
    </w:p>
    <w:p w14:paraId="323CC465" w14:textId="77777777" w:rsidR="00AA24B8" w:rsidRPr="00FE3847" w:rsidRDefault="004C3622">
      <w:pPr>
        <w:spacing w:line="259" w:lineRule="auto"/>
        <w:rPr>
          <w:color w:val="002060"/>
        </w:rPr>
      </w:pPr>
      <w:r w:rsidRPr="00FE3847">
        <w:rPr>
          <w:color w:val="002060"/>
        </w:rPr>
        <w:t>Le travail ne consiste donc pas à choisir une qualité et à rejeter sa jumelle. Il invite à reconnaître mes automatismes, à observer les excès possibles et à développer davantage de liberté intérieure.</w:t>
      </w:r>
    </w:p>
    <w:p w14:paraId="604719FA" w14:textId="77777777" w:rsidR="00AA24B8" w:rsidRDefault="004C3622">
      <w:pPr>
        <w:keepNext/>
        <w:spacing w:before="140" w:after="60"/>
      </w:pPr>
      <w:r>
        <w:rPr>
          <w:b/>
          <w:color w:val="C47D68"/>
          <w:sz w:val="18"/>
        </w:rPr>
        <w:t>LE PRINCIPE CENTRAL</w:t>
      </w:r>
    </w:p>
    <w:p w14:paraId="22BC6A02" w14:textId="77777777" w:rsidR="00AA24B8" w:rsidRPr="00FE3847" w:rsidRDefault="004C3622">
      <w:pPr>
        <w:spacing w:line="259" w:lineRule="auto"/>
        <w:rPr>
          <w:color w:val="002060"/>
        </w:rPr>
      </w:pPr>
      <w:r w:rsidRPr="00FE3847">
        <w:rPr>
          <w:color w:val="002060"/>
        </w:rPr>
        <w:t>Une qualité devient féconde lorsqu'elle est utilisée au bon moment, dans un contexte approprié et avec une intention respectueuse de soi, de l'autre et de la vie. La même qualité peut se déséquilibrer lorsqu'elle est guidée par la peur, le besoin de contrôle, l'orgueil, l'évitement ou l'inconscience.</w:t>
      </w:r>
    </w:p>
    <w:p w14:paraId="313B8E91" w14:textId="77777777" w:rsidR="00AA24B8" w:rsidRDefault="004C3622">
      <w:pPr>
        <w:keepNext/>
        <w:spacing w:before="140" w:after="60"/>
      </w:pPr>
      <w:r>
        <w:rPr>
          <w:b/>
          <w:color w:val="C47D68"/>
          <w:sz w:val="18"/>
        </w:rPr>
        <w:t>UN CHEMIN EN CINQ TEMPS</w:t>
      </w:r>
    </w:p>
    <w:p w14:paraId="54D92139" w14:textId="77777777" w:rsidR="00AA24B8" w:rsidRPr="00FE3847" w:rsidRDefault="004C3622">
      <w:pPr>
        <w:ind w:left="259"/>
        <w:rPr>
          <w:color w:val="002060"/>
        </w:rPr>
      </w:pPr>
      <w:r w:rsidRPr="00FE3847">
        <w:rPr>
          <w:color w:val="002060"/>
        </w:rPr>
        <w:t>1. Écouter l'audio une première fois sans chercher à tout analyser.</w:t>
      </w:r>
    </w:p>
    <w:p w14:paraId="28DC6BAA" w14:textId="77777777" w:rsidR="00AA24B8" w:rsidRPr="00FE3847" w:rsidRDefault="004C3622">
      <w:pPr>
        <w:ind w:left="259"/>
        <w:rPr>
          <w:color w:val="002060"/>
        </w:rPr>
      </w:pPr>
      <w:r w:rsidRPr="00FE3847">
        <w:rPr>
          <w:color w:val="002060"/>
        </w:rPr>
        <w:t>2. Repérer les paires qui provoquent une émotion, une résistance ou un élan particulier.</w:t>
      </w:r>
    </w:p>
    <w:p w14:paraId="2B1B1813" w14:textId="77777777" w:rsidR="00AA24B8" w:rsidRPr="00FE3847" w:rsidRDefault="004C3622">
      <w:pPr>
        <w:ind w:left="259"/>
        <w:rPr>
          <w:color w:val="002060"/>
        </w:rPr>
      </w:pPr>
      <w:r w:rsidRPr="00FE3847">
        <w:rPr>
          <w:color w:val="002060"/>
        </w:rPr>
        <w:t>3. Explorer une seule paire à la fois avec les questions proposées.</w:t>
      </w:r>
    </w:p>
    <w:p w14:paraId="49775709" w14:textId="77777777" w:rsidR="00AA24B8" w:rsidRPr="00FE3847" w:rsidRDefault="004C3622">
      <w:pPr>
        <w:ind w:left="259"/>
        <w:rPr>
          <w:color w:val="002060"/>
        </w:rPr>
      </w:pPr>
      <w:r w:rsidRPr="00FE3847">
        <w:rPr>
          <w:color w:val="002060"/>
        </w:rPr>
        <w:t>4. Choisir une expérimentation simple et observable dans le quotidien.</w:t>
      </w:r>
    </w:p>
    <w:p w14:paraId="0252CEB6" w14:textId="77777777" w:rsidR="00AA24B8" w:rsidRPr="00FE3847" w:rsidRDefault="004C3622">
      <w:pPr>
        <w:ind w:left="259"/>
        <w:rPr>
          <w:color w:val="002060"/>
        </w:rPr>
      </w:pPr>
      <w:r w:rsidRPr="00FE3847">
        <w:rPr>
          <w:color w:val="002060"/>
        </w:rPr>
        <w:t>5. Partager les prises de conscience lors du prochain accompagnement.</w:t>
      </w:r>
    </w:p>
    <w:p w14:paraId="3DD0D8CF" w14:textId="77777777" w:rsidR="00AA24B8" w:rsidRDefault="004C3622">
      <w:pPr>
        <w:keepNext/>
        <w:spacing w:before="140" w:after="60"/>
      </w:pPr>
      <w:r>
        <w:rPr>
          <w:b/>
          <w:color w:val="C47D68"/>
          <w:sz w:val="18"/>
        </w:rPr>
        <w:t>MON INTENTION</w:t>
      </w:r>
    </w:p>
    <w:p w14:paraId="101A5BFD" w14:textId="77777777" w:rsidR="00AA24B8" w:rsidRPr="00FE3847" w:rsidRDefault="004C3622">
      <w:pPr>
        <w:spacing w:line="259" w:lineRule="auto"/>
        <w:rPr>
          <w:color w:val="002060"/>
        </w:rPr>
      </w:pPr>
      <w:r w:rsidRPr="00FE3847">
        <w:rPr>
          <w:color w:val="002060"/>
        </w:rPr>
        <w:t>Avant de commencer, qu'est-ce que j'aimerais mieux comprendre, transformer ou rééquilibrer dans ma vie ?</w:t>
      </w:r>
    </w:p>
    <w:p w14:paraId="5E47BAC5" w14:textId="77777777" w:rsidR="00AA24B8" w:rsidRDefault="004C3622">
      <w:pPr>
        <w:spacing w:before="40" w:after="60"/>
      </w:pPr>
      <w:r>
        <w:rPr>
          <w:color w:val="B8B8B8"/>
          <w:sz w:val="18"/>
        </w:rPr>
        <w:t>________________________________________________________________________________</w:t>
      </w:r>
    </w:p>
    <w:p w14:paraId="00D50ACF" w14:textId="77777777" w:rsidR="00AA24B8" w:rsidRDefault="004C3622">
      <w:pPr>
        <w:spacing w:before="40" w:after="60"/>
      </w:pPr>
      <w:r>
        <w:rPr>
          <w:color w:val="B8B8B8"/>
          <w:sz w:val="18"/>
        </w:rPr>
        <w:t>________________________________________________________________________________</w:t>
      </w:r>
    </w:p>
    <w:p w14:paraId="080C689E" w14:textId="77777777" w:rsidR="00AA24B8" w:rsidRDefault="004C3622">
      <w:pPr>
        <w:spacing w:before="40" w:after="60"/>
      </w:pPr>
      <w:r>
        <w:rPr>
          <w:color w:val="B8B8B8"/>
          <w:sz w:val="18"/>
        </w:rPr>
        <w:t>________________________________________________________________________________</w:t>
      </w:r>
    </w:p>
    <w:p w14:paraId="5F161877" w14:textId="77777777" w:rsidR="00AA24B8" w:rsidRDefault="004C3622">
      <w:pPr>
        <w:spacing w:before="40" w:after="60"/>
      </w:pPr>
      <w:r>
        <w:rPr>
          <w:color w:val="B8B8B8"/>
          <w:sz w:val="18"/>
        </w:rPr>
        <w:t>________________________________________________________________________________</w:t>
      </w:r>
    </w:p>
    <w:p w14:paraId="6DB572DE" w14:textId="77777777" w:rsidR="00AA24B8" w:rsidRDefault="004C3622">
      <w:pPr>
        <w:keepNext/>
        <w:spacing w:before="140" w:after="60"/>
      </w:pPr>
      <w:r>
        <w:rPr>
          <w:b/>
          <w:color w:val="C47D68"/>
          <w:sz w:val="18"/>
        </w:rPr>
        <w:t>UN REPÈRE IMPORTANT</w:t>
      </w:r>
    </w:p>
    <w:p w14:paraId="6504AAE1" w14:textId="77777777" w:rsidR="00AA24B8" w:rsidRPr="00FE3847" w:rsidRDefault="004C3622">
      <w:pPr>
        <w:spacing w:line="259" w:lineRule="auto"/>
        <w:rPr>
          <w:color w:val="002060"/>
        </w:rPr>
      </w:pPr>
      <w:r w:rsidRPr="00FE3847">
        <w:rPr>
          <w:color w:val="002060"/>
        </w:rPr>
        <w:t>Il n'y a aucune réponse parfaite. Ce carnet est un support d'observation et de dialogue. Je peux revenir plusieurs fois sur la même paire : ma réponse évoluera avec les situations et les étapes de ma vie.</w:t>
      </w:r>
    </w:p>
    <w:p w14:paraId="7F1C59DE" w14:textId="77777777" w:rsidR="00AA24B8" w:rsidRDefault="004C3622">
      <w:r>
        <w:br w:type="page"/>
      </w:r>
    </w:p>
    <w:p w14:paraId="7DB09B92" w14:textId="77777777" w:rsidR="00AA24B8" w:rsidRDefault="004C3622">
      <w:pPr>
        <w:spacing w:after="40"/>
      </w:pPr>
      <w:r>
        <w:rPr>
          <w:b/>
          <w:color w:val="C47D68"/>
          <w:sz w:val="18"/>
        </w:rPr>
        <w:lastRenderedPageBreak/>
        <w:t>PAIRE 1 SUR 12</w:t>
      </w:r>
    </w:p>
    <w:p w14:paraId="7B4D2F0A" w14:textId="77777777" w:rsidR="00AA24B8" w:rsidRPr="00FE3847" w:rsidRDefault="004C3622">
      <w:pPr>
        <w:pStyle w:val="Titre1"/>
        <w:spacing w:after="80"/>
        <w:rPr>
          <w:color w:val="002060"/>
        </w:rPr>
      </w:pPr>
      <w:r w:rsidRPr="00FE3847">
        <w:rPr>
          <w:color w:val="002060"/>
        </w:rPr>
        <w:t>Se taire et Parler</w:t>
      </w:r>
    </w:p>
    <w:p w14:paraId="5B128E57" w14:textId="77777777" w:rsidR="00AA24B8" w:rsidRDefault="004C3622">
      <w:pPr>
        <w:spacing w:after="180"/>
      </w:pPr>
      <w:r>
        <w:rPr>
          <w:i/>
          <w:color w:val="173B55"/>
          <w:sz w:val="22"/>
        </w:rPr>
        <w:t>Trouver la juste place du silence et de la parole.</w:t>
      </w:r>
    </w:p>
    <w:tbl>
      <w:tblPr>
        <w:tblW w:w="0" w:type="auto"/>
        <w:jc w:val="center"/>
        <w:tblLayout w:type="fixed"/>
        <w:tblLook w:val="04A0" w:firstRow="1" w:lastRow="0" w:firstColumn="1" w:lastColumn="0" w:noHBand="0" w:noVBand="1"/>
      </w:tblPr>
      <w:tblGrid>
        <w:gridCol w:w="4824"/>
        <w:gridCol w:w="4824"/>
      </w:tblGrid>
      <w:tr w:rsidR="00AA24B8" w14:paraId="5706E7A7"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71EB753F" w14:textId="77777777" w:rsidR="00AA24B8" w:rsidRDefault="004C3622">
            <w:pPr>
              <w:jc w:val="center"/>
            </w:pPr>
            <w:r>
              <w:rPr>
                <w:b/>
                <w:color w:val="FFFFFF"/>
                <w:sz w:val="22"/>
              </w:rPr>
              <w:t>Se taire</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70FDE353" w14:textId="77777777" w:rsidR="00AA24B8" w:rsidRDefault="004C3622">
            <w:pPr>
              <w:jc w:val="center"/>
            </w:pPr>
            <w:r>
              <w:rPr>
                <w:b/>
                <w:color w:val="FFFFFF"/>
                <w:sz w:val="22"/>
              </w:rPr>
              <w:t>Parler</w:t>
            </w:r>
          </w:p>
        </w:tc>
      </w:tr>
      <w:tr w:rsidR="00AA24B8" w14:paraId="5D878314"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3EF1DF4A" w14:textId="77777777" w:rsidR="00AA24B8" w:rsidRDefault="004C3622">
            <w:r>
              <w:rPr>
                <w:b/>
                <w:color w:val="173B55"/>
                <w:sz w:val="18"/>
              </w:rPr>
              <w:t>Expression juste</w:t>
            </w:r>
            <w:r>
              <w:rPr>
                <w:b/>
                <w:color w:val="173B55"/>
                <w:sz w:val="18"/>
              </w:rPr>
              <w:br/>
            </w:r>
            <w:r>
              <w:rPr>
                <w:sz w:val="19"/>
              </w:rPr>
              <w:t>Écouter, accueillir, laisser mûrir ou préserver ce qui doit l'être.</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600FE9C1" w14:textId="77777777" w:rsidR="00AA24B8" w:rsidRDefault="004C3622">
            <w:r>
              <w:rPr>
                <w:b/>
                <w:color w:val="173B55"/>
                <w:sz w:val="18"/>
              </w:rPr>
              <w:t>Expression juste</w:t>
            </w:r>
            <w:r>
              <w:rPr>
                <w:b/>
                <w:color w:val="173B55"/>
                <w:sz w:val="18"/>
              </w:rPr>
              <w:br/>
            </w:r>
            <w:r>
              <w:rPr>
                <w:sz w:val="19"/>
              </w:rPr>
              <w:t>Nommer, témoigner, protéger, expliquer ou poser une limite.</w:t>
            </w:r>
          </w:p>
        </w:tc>
      </w:tr>
      <w:tr w:rsidR="00AA24B8" w14:paraId="3279D3A8"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32BC7AAC" w14:textId="77777777" w:rsidR="00AA24B8" w:rsidRDefault="004C3622">
            <w:r>
              <w:rPr>
                <w:b/>
                <w:color w:val="C47D68"/>
                <w:sz w:val="18"/>
              </w:rPr>
              <w:t>Déséquilibre possible</w:t>
            </w:r>
            <w:r>
              <w:rPr>
                <w:b/>
                <w:color w:val="C47D68"/>
                <w:sz w:val="18"/>
              </w:rPr>
              <w:br/>
            </w:r>
            <w:r>
              <w:rPr>
                <w:sz w:val="19"/>
              </w:rPr>
              <w:t>Me taire par peur, éviter une parole nécessaire ou laisser une situation se dégrader.</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03BADB40" w14:textId="77777777" w:rsidR="00AA24B8" w:rsidRDefault="004C3622">
            <w:r>
              <w:rPr>
                <w:b/>
                <w:color w:val="C47D68"/>
                <w:sz w:val="18"/>
              </w:rPr>
              <w:t>Déséquilibre possible</w:t>
            </w:r>
            <w:r>
              <w:rPr>
                <w:b/>
                <w:color w:val="C47D68"/>
                <w:sz w:val="18"/>
              </w:rPr>
              <w:br/>
            </w:r>
            <w:r>
              <w:rPr>
                <w:sz w:val="19"/>
              </w:rPr>
              <w:t>Parler pour remplir le vide, convaincre à tout prix, blesser ou me disperser.</w:t>
            </w:r>
          </w:p>
        </w:tc>
      </w:tr>
    </w:tbl>
    <w:p w14:paraId="06B9B0B9" w14:textId="77777777" w:rsidR="00AA24B8" w:rsidRDefault="004C3622">
      <w:pPr>
        <w:keepNext/>
        <w:spacing w:before="140" w:after="60"/>
      </w:pPr>
      <w:r>
        <w:rPr>
          <w:b/>
          <w:color w:val="C47D68"/>
          <w:sz w:val="18"/>
        </w:rPr>
        <w:t>MON AUTO OBSERVATION</w:t>
      </w:r>
    </w:p>
    <w:p w14:paraId="1CBD50C6" w14:textId="77777777" w:rsidR="00AA24B8" w:rsidRDefault="004C3622">
      <w:pPr>
        <w:spacing w:after="80"/>
      </w:pPr>
      <w:r>
        <w:rPr>
          <w:sz w:val="20"/>
        </w:rPr>
        <w:t xml:space="preserve">Aujourd'hui, je me reconnais davantage dans :  </w:t>
      </w:r>
      <w:r>
        <w:rPr>
          <w:b/>
          <w:color w:val="173B55"/>
          <w:sz w:val="20"/>
        </w:rPr>
        <w:t>□ Se taire     □ Parler     □ Un équilibre entre les deux</w:t>
      </w:r>
    </w:p>
    <w:p w14:paraId="25D06BD0" w14:textId="77777777" w:rsidR="00AA24B8" w:rsidRDefault="004C3622">
      <w:r>
        <w:rPr>
          <w:sz w:val="20"/>
        </w:rPr>
        <w:t>Intensité ressentie :   1    2    3    4    5    6    7    8    9    10</w:t>
      </w:r>
    </w:p>
    <w:p w14:paraId="47C4C0A9" w14:textId="77777777" w:rsidR="00AA24B8" w:rsidRDefault="004C3622">
      <w:pPr>
        <w:keepNext/>
        <w:spacing w:before="140" w:after="60"/>
      </w:pPr>
      <w:r>
        <w:rPr>
          <w:b/>
          <w:color w:val="C47D68"/>
          <w:sz w:val="18"/>
        </w:rPr>
        <w:t>QUESTIONS POUR CHEMINER</w:t>
      </w:r>
    </w:p>
    <w:p w14:paraId="621FF2C7" w14:textId="77777777" w:rsidR="00AA24B8" w:rsidRDefault="004C3622">
      <w:pPr>
        <w:spacing w:after="60"/>
      </w:pPr>
      <w:r>
        <w:rPr>
          <w:b/>
          <w:color w:val="C47D68"/>
          <w:sz w:val="20"/>
        </w:rPr>
        <w:t xml:space="preserve">• </w:t>
      </w:r>
      <w:r>
        <w:rPr>
          <w:sz w:val="20"/>
        </w:rPr>
        <w:t>Dans quelles situations mon silence est-il fécond ?</w:t>
      </w:r>
    </w:p>
    <w:p w14:paraId="7EB19EE5" w14:textId="77777777" w:rsidR="00AA24B8" w:rsidRDefault="004C3622">
      <w:pPr>
        <w:spacing w:after="60"/>
      </w:pPr>
      <w:r>
        <w:rPr>
          <w:b/>
          <w:color w:val="C47D68"/>
          <w:sz w:val="20"/>
        </w:rPr>
        <w:t xml:space="preserve">• </w:t>
      </w:r>
      <w:r>
        <w:rPr>
          <w:sz w:val="20"/>
        </w:rPr>
        <w:t>Quelle parole ai-je aujourd'hui besoin d'oser ?</w:t>
      </w:r>
    </w:p>
    <w:p w14:paraId="7F29B8E4" w14:textId="77777777" w:rsidR="00AA24B8" w:rsidRDefault="004C3622">
      <w:pPr>
        <w:spacing w:after="60"/>
      </w:pPr>
      <w:r>
        <w:rPr>
          <w:b/>
          <w:color w:val="C47D68"/>
          <w:sz w:val="20"/>
        </w:rPr>
        <w:t xml:space="preserve">• </w:t>
      </w:r>
      <w:r>
        <w:rPr>
          <w:sz w:val="20"/>
        </w:rPr>
        <w:t>Comment sentir si le moment est venu de parler ou de me taire ?</w:t>
      </w:r>
    </w:p>
    <w:p w14:paraId="7EA6ECD9" w14:textId="77777777" w:rsidR="00AA24B8" w:rsidRDefault="004C3622">
      <w:pPr>
        <w:spacing w:before="40" w:after="60"/>
      </w:pPr>
      <w:r>
        <w:rPr>
          <w:color w:val="B8B8B8"/>
          <w:sz w:val="18"/>
        </w:rPr>
        <w:t>________________________________________________________________________________</w:t>
      </w:r>
    </w:p>
    <w:p w14:paraId="64D941EE" w14:textId="77777777" w:rsidR="00AA24B8" w:rsidRDefault="004C3622">
      <w:pPr>
        <w:spacing w:before="40" w:after="60"/>
      </w:pPr>
      <w:r>
        <w:rPr>
          <w:color w:val="B8B8B8"/>
          <w:sz w:val="18"/>
        </w:rPr>
        <w:t>________________________________________________________________________________</w:t>
      </w:r>
    </w:p>
    <w:p w14:paraId="7DC34676" w14:textId="77777777" w:rsidR="00AA24B8" w:rsidRDefault="004C3622">
      <w:pPr>
        <w:keepNext/>
        <w:spacing w:before="140" w:after="60"/>
      </w:pPr>
      <w:r>
        <w:rPr>
          <w:b/>
          <w:color w:val="C47D68"/>
          <w:sz w:val="18"/>
        </w:rPr>
        <w:t>UNE EXPÉRIMENTATION POSSIBLE</w:t>
      </w:r>
    </w:p>
    <w:p w14:paraId="47731880" w14:textId="77777777" w:rsidR="00AA24B8" w:rsidRDefault="004C3622">
      <w:pPr>
        <w:spacing w:after="60" w:line="259" w:lineRule="auto"/>
      </w:pPr>
      <w:r>
        <w:t>Choisir une situation cette semaine dans laquelle je pratique trois respirations avant de décider de parler ou de garder le silence.</w:t>
      </w:r>
    </w:p>
    <w:p w14:paraId="257FB540" w14:textId="77777777" w:rsidR="00AA24B8" w:rsidRDefault="004C3622">
      <w:pPr>
        <w:spacing w:after="60"/>
      </w:pPr>
      <w:r>
        <w:rPr>
          <w:b/>
          <w:color w:val="173B55"/>
          <w:sz w:val="20"/>
        </w:rPr>
        <w:t>Mon propre petit pas :</w:t>
      </w:r>
    </w:p>
    <w:p w14:paraId="2F592E6B" w14:textId="77777777" w:rsidR="00AA24B8" w:rsidRDefault="004C3622">
      <w:pPr>
        <w:spacing w:before="40" w:after="60"/>
      </w:pPr>
      <w:r>
        <w:rPr>
          <w:color w:val="B8B8B8"/>
          <w:sz w:val="18"/>
        </w:rPr>
        <w:t>________________________________________________________________________________</w:t>
      </w:r>
    </w:p>
    <w:p w14:paraId="0B56945E" w14:textId="77777777" w:rsidR="00AA24B8" w:rsidRDefault="004C3622">
      <w:r>
        <w:br w:type="page"/>
      </w:r>
    </w:p>
    <w:p w14:paraId="1386974B" w14:textId="77777777" w:rsidR="00AA24B8" w:rsidRDefault="004C3622">
      <w:pPr>
        <w:spacing w:after="40"/>
      </w:pPr>
      <w:r>
        <w:rPr>
          <w:b/>
          <w:color w:val="C47D68"/>
          <w:sz w:val="18"/>
        </w:rPr>
        <w:lastRenderedPageBreak/>
        <w:t>PAIRE 2 SUR 12</w:t>
      </w:r>
    </w:p>
    <w:p w14:paraId="2D66D41E" w14:textId="77777777" w:rsidR="00AA24B8" w:rsidRPr="00FE3847" w:rsidRDefault="004C3622">
      <w:pPr>
        <w:pStyle w:val="Titre1"/>
        <w:spacing w:after="80"/>
        <w:rPr>
          <w:color w:val="002060"/>
        </w:rPr>
      </w:pPr>
      <w:r w:rsidRPr="00FE3847">
        <w:rPr>
          <w:color w:val="002060"/>
        </w:rPr>
        <w:t>Réceptivité et Résistance aux influences</w:t>
      </w:r>
    </w:p>
    <w:p w14:paraId="5CE43B65" w14:textId="77777777" w:rsidR="00AA24B8" w:rsidRDefault="004C3622">
      <w:pPr>
        <w:spacing w:after="180"/>
      </w:pPr>
      <w:r>
        <w:rPr>
          <w:i/>
          <w:color w:val="173B55"/>
          <w:sz w:val="22"/>
        </w:rPr>
        <w:t>M'ouvrir à ce qui me nourrit tout en protégeant mon discernement.</w:t>
      </w:r>
    </w:p>
    <w:tbl>
      <w:tblPr>
        <w:tblW w:w="0" w:type="auto"/>
        <w:jc w:val="center"/>
        <w:tblLayout w:type="fixed"/>
        <w:tblLook w:val="04A0" w:firstRow="1" w:lastRow="0" w:firstColumn="1" w:lastColumn="0" w:noHBand="0" w:noVBand="1"/>
      </w:tblPr>
      <w:tblGrid>
        <w:gridCol w:w="4824"/>
        <w:gridCol w:w="4824"/>
      </w:tblGrid>
      <w:tr w:rsidR="00AA24B8" w14:paraId="1F364910"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3AC769E2" w14:textId="77777777" w:rsidR="00AA24B8" w:rsidRDefault="004C3622">
            <w:pPr>
              <w:jc w:val="center"/>
            </w:pPr>
            <w:r>
              <w:rPr>
                <w:b/>
                <w:color w:val="FFFFFF"/>
                <w:sz w:val="22"/>
              </w:rPr>
              <w:t>Réceptivité</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0F35D4ED" w14:textId="77777777" w:rsidR="00AA24B8" w:rsidRDefault="004C3622">
            <w:pPr>
              <w:jc w:val="center"/>
            </w:pPr>
            <w:r>
              <w:rPr>
                <w:b/>
                <w:color w:val="FFFFFF"/>
                <w:sz w:val="22"/>
              </w:rPr>
              <w:t>Résistance aux influences</w:t>
            </w:r>
          </w:p>
        </w:tc>
      </w:tr>
      <w:tr w:rsidR="00AA24B8" w14:paraId="2098A1F9"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009DB0CD" w14:textId="77777777" w:rsidR="00AA24B8" w:rsidRDefault="004C3622">
            <w:r>
              <w:rPr>
                <w:b/>
                <w:color w:val="173B55"/>
                <w:sz w:val="18"/>
              </w:rPr>
              <w:t>Expression juste</w:t>
            </w:r>
            <w:r>
              <w:rPr>
                <w:b/>
                <w:color w:val="173B55"/>
                <w:sz w:val="18"/>
              </w:rPr>
              <w:br/>
            </w:r>
            <w:r>
              <w:rPr>
                <w:sz w:val="19"/>
              </w:rPr>
              <w:t>Recevoir une idée, une émotion, une aide ou une inspiration sans me fermer trop vite.</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3C944E9D" w14:textId="77777777" w:rsidR="00AA24B8" w:rsidRDefault="004C3622">
            <w:r>
              <w:rPr>
                <w:b/>
                <w:color w:val="173B55"/>
                <w:sz w:val="18"/>
              </w:rPr>
              <w:t>Expression juste</w:t>
            </w:r>
            <w:r>
              <w:rPr>
                <w:b/>
                <w:color w:val="173B55"/>
                <w:sz w:val="18"/>
              </w:rPr>
              <w:br/>
            </w:r>
            <w:r>
              <w:rPr>
                <w:sz w:val="19"/>
              </w:rPr>
              <w:t>Dire non aux influences qui m'éloignent de mes valeurs ou fragilisent mon équilibre.</w:t>
            </w:r>
          </w:p>
        </w:tc>
      </w:tr>
      <w:tr w:rsidR="00AA24B8" w14:paraId="5291AEAD"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1A8A9098" w14:textId="77777777" w:rsidR="00AA24B8" w:rsidRDefault="004C3622">
            <w:r>
              <w:rPr>
                <w:b/>
                <w:color w:val="C47D68"/>
                <w:sz w:val="18"/>
              </w:rPr>
              <w:t>Déséquilibre possible</w:t>
            </w:r>
            <w:r>
              <w:rPr>
                <w:b/>
                <w:color w:val="C47D68"/>
                <w:sz w:val="18"/>
              </w:rPr>
              <w:br/>
            </w:r>
            <w:r>
              <w:rPr>
                <w:sz w:val="19"/>
              </w:rPr>
              <w:t>Tout absorber, me laisser envahir ou adopter l'avis des autres sans l'examiner.</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50D9E777" w14:textId="77777777" w:rsidR="00AA24B8" w:rsidRDefault="004C3622">
            <w:r>
              <w:rPr>
                <w:b/>
                <w:color w:val="C47D68"/>
                <w:sz w:val="18"/>
              </w:rPr>
              <w:t>Déséquilibre possible</w:t>
            </w:r>
            <w:r>
              <w:rPr>
                <w:b/>
                <w:color w:val="C47D68"/>
                <w:sz w:val="18"/>
              </w:rPr>
              <w:br/>
            </w:r>
            <w:r>
              <w:rPr>
                <w:sz w:val="19"/>
              </w:rPr>
              <w:t>Me fermer systématiquement, refuser ce qui est nouveau ou m'isoler.</w:t>
            </w:r>
          </w:p>
        </w:tc>
      </w:tr>
    </w:tbl>
    <w:p w14:paraId="39E6F2A6" w14:textId="77777777" w:rsidR="00AA24B8" w:rsidRDefault="004C3622">
      <w:pPr>
        <w:keepNext/>
        <w:spacing w:before="140" w:after="60"/>
      </w:pPr>
      <w:r>
        <w:rPr>
          <w:b/>
          <w:color w:val="C47D68"/>
          <w:sz w:val="18"/>
        </w:rPr>
        <w:t>MON AUTO OBSERVATION</w:t>
      </w:r>
    </w:p>
    <w:p w14:paraId="6BF78EF0" w14:textId="77777777" w:rsidR="00AA24B8" w:rsidRDefault="004C3622">
      <w:pPr>
        <w:spacing w:after="80"/>
      </w:pPr>
      <w:r>
        <w:rPr>
          <w:sz w:val="20"/>
        </w:rPr>
        <w:t xml:space="preserve">Aujourd'hui, je me reconnais davantage dans :  </w:t>
      </w:r>
      <w:r>
        <w:rPr>
          <w:b/>
          <w:color w:val="173B55"/>
          <w:sz w:val="20"/>
        </w:rPr>
        <w:t>□ Réceptivité     □ Résistance aux influences     □ Un équilibre entre les deux</w:t>
      </w:r>
    </w:p>
    <w:p w14:paraId="133375B7" w14:textId="77777777" w:rsidR="00AA24B8" w:rsidRDefault="004C3622">
      <w:r>
        <w:rPr>
          <w:sz w:val="20"/>
        </w:rPr>
        <w:t>Intensité ressentie :   1    2    3    4    5    6    7    8    9    10</w:t>
      </w:r>
    </w:p>
    <w:p w14:paraId="3837AFF1" w14:textId="77777777" w:rsidR="00AA24B8" w:rsidRDefault="004C3622">
      <w:pPr>
        <w:keepNext/>
        <w:spacing w:before="140" w:after="60"/>
      </w:pPr>
      <w:r>
        <w:rPr>
          <w:b/>
          <w:color w:val="C47D68"/>
          <w:sz w:val="18"/>
        </w:rPr>
        <w:t>QUESTIONS POUR CHEMINER</w:t>
      </w:r>
    </w:p>
    <w:p w14:paraId="4B658ECF" w14:textId="77777777" w:rsidR="00AA24B8" w:rsidRDefault="004C3622">
      <w:pPr>
        <w:spacing w:after="60"/>
      </w:pPr>
      <w:r>
        <w:rPr>
          <w:b/>
          <w:color w:val="C47D68"/>
          <w:sz w:val="20"/>
        </w:rPr>
        <w:t xml:space="preserve">• </w:t>
      </w:r>
      <w:r>
        <w:rPr>
          <w:sz w:val="20"/>
        </w:rPr>
        <w:t>À quoi suis-je naturellement réceptif ou réceptive ?</w:t>
      </w:r>
    </w:p>
    <w:p w14:paraId="1224885F" w14:textId="77777777" w:rsidR="00AA24B8" w:rsidRDefault="004C3622">
      <w:pPr>
        <w:spacing w:after="60"/>
      </w:pPr>
      <w:r>
        <w:rPr>
          <w:b/>
          <w:color w:val="C47D68"/>
          <w:sz w:val="20"/>
        </w:rPr>
        <w:t xml:space="preserve">• </w:t>
      </w:r>
      <w:r>
        <w:rPr>
          <w:sz w:val="20"/>
        </w:rPr>
        <w:t>Quelles influences ai-je besoin de filtrer davantage ?</w:t>
      </w:r>
    </w:p>
    <w:p w14:paraId="1E9070F1" w14:textId="77777777" w:rsidR="00AA24B8" w:rsidRDefault="004C3622">
      <w:pPr>
        <w:spacing w:after="60"/>
      </w:pPr>
      <w:r>
        <w:rPr>
          <w:b/>
          <w:color w:val="C47D68"/>
          <w:sz w:val="20"/>
        </w:rPr>
        <w:t xml:space="preserve">• </w:t>
      </w:r>
      <w:r>
        <w:rPr>
          <w:sz w:val="20"/>
        </w:rPr>
        <w:t>Comment rester ouvert ou ouverte sans perdre mon centre ?</w:t>
      </w:r>
    </w:p>
    <w:p w14:paraId="26498B85" w14:textId="77777777" w:rsidR="00AA24B8" w:rsidRDefault="004C3622">
      <w:pPr>
        <w:spacing w:before="40" w:after="60"/>
      </w:pPr>
      <w:r>
        <w:rPr>
          <w:color w:val="B8B8B8"/>
          <w:sz w:val="18"/>
        </w:rPr>
        <w:t>________________________________________________________________________________</w:t>
      </w:r>
    </w:p>
    <w:p w14:paraId="6E7A291B" w14:textId="77777777" w:rsidR="00AA24B8" w:rsidRDefault="004C3622">
      <w:pPr>
        <w:spacing w:before="40" w:after="60"/>
      </w:pPr>
      <w:r>
        <w:rPr>
          <w:color w:val="B8B8B8"/>
          <w:sz w:val="18"/>
        </w:rPr>
        <w:t>________________________________________________________________________________</w:t>
      </w:r>
    </w:p>
    <w:p w14:paraId="5F87EF10" w14:textId="77777777" w:rsidR="00AA24B8" w:rsidRDefault="004C3622">
      <w:pPr>
        <w:keepNext/>
        <w:spacing w:before="140" w:after="60"/>
      </w:pPr>
      <w:r>
        <w:rPr>
          <w:b/>
          <w:color w:val="C47D68"/>
          <w:sz w:val="18"/>
        </w:rPr>
        <w:t>UNE EXPÉRIMENTATION POSSIBLE</w:t>
      </w:r>
    </w:p>
    <w:p w14:paraId="7CEB1532" w14:textId="77777777" w:rsidR="00AA24B8" w:rsidRDefault="004C3622">
      <w:pPr>
        <w:spacing w:after="60" w:line="259" w:lineRule="auto"/>
      </w:pPr>
      <w:r>
        <w:t>Face à un avis extérieur, noter d'abord ce qu'il éveille en moi avant de l'accepter ou de le rejeter.</w:t>
      </w:r>
    </w:p>
    <w:p w14:paraId="61991DF1" w14:textId="77777777" w:rsidR="00AA24B8" w:rsidRDefault="004C3622">
      <w:pPr>
        <w:spacing w:after="60"/>
      </w:pPr>
      <w:r>
        <w:rPr>
          <w:b/>
          <w:color w:val="173B55"/>
          <w:sz w:val="20"/>
        </w:rPr>
        <w:t>Mon propre petit pas :</w:t>
      </w:r>
    </w:p>
    <w:p w14:paraId="4A1E8D47" w14:textId="77777777" w:rsidR="00AA24B8" w:rsidRDefault="004C3622">
      <w:pPr>
        <w:spacing w:before="40" w:after="60"/>
      </w:pPr>
      <w:r>
        <w:rPr>
          <w:color w:val="B8B8B8"/>
          <w:sz w:val="18"/>
        </w:rPr>
        <w:t>________________________________________________________________________________</w:t>
      </w:r>
    </w:p>
    <w:p w14:paraId="111EB7C2" w14:textId="77777777" w:rsidR="00AA24B8" w:rsidRDefault="004C3622">
      <w:r>
        <w:br w:type="page"/>
      </w:r>
    </w:p>
    <w:p w14:paraId="627C5495" w14:textId="77777777" w:rsidR="00AA24B8" w:rsidRDefault="004C3622">
      <w:pPr>
        <w:spacing w:after="40"/>
      </w:pPr>
      <w:r>
        <w:rPr>
          <w:b/>
          <w:color w:val="C47D68"/>
          <w:sz w:val="18"/>
        </w:rPr>
        <w:lastRenderedPageBreak/>
        <w:t>PAIRE 3 SUR 12</w:t>
      </w:r>
    </w:p>
    <w:p w14:paraId="56C5C06E" w14:textId="77777777" w:rsidR="00AA24B8" w:rsidRPr="00FE3847" w:rsidRDefault="004C3622">
      <w:pPr>
        <w:pStyle w:val="Titre1"/>
        <w:spacing w:after="80"/>
        <w:rPr>
          <w:color w:val="002060"/>
        </w:rPr>
      </w:pPr>
      <w:r w:rsidRPr="00FE3847">
        <w:rPr>
          <w:color w:val="002060"/>
        </w:rPr>
        <w:t>Obéir et Régner</w:t>
      </w:r>
    </w:p>
    <w:p w14:paraId="7B740FCD" w14:textId="77777777" w:rsidR="00AA24B8" w:rsidRDefault="004C3622">
      <w:pPr>
        <w:spacing w:after="180"/>
      </w:pPr>
      <w:r>
        <w:rPr>
          <w:i/>
          <w:color w:val="173B55"/>
          <w:sz w:val="22"/>
        </w:rPr>
        <w:t>Écouter une direction intérieure juste et exercer mon pouvoir sans dominer.</w:t>
      </w:r>
    </w:p>
    <w:tbl>
      <w:tblPr>
        <w:tblW w:w="0" w:type="auto"/>
        <w:jc w:val="center"/>
        <w:tblLayout w:type="fixed"/>
        <w:tblLook w:val="04A0" w:firstRow="1" w:lastRow="0" w:firstColumn="1" w:lastColumn="0" w:noHBand="0" w:noVBand="1"/>
      </w:tblPr>
      <w:tblGrid>
        <w:gridCol w:w="4824"/>
        <w:gridCol w:w="4824"/>
      </w:tblGrid>
      <w:tr w:rsidR="00AA24B8" w14:paraId="7C9D801F"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2E8F357E" w14:textId="77777777" w:rsidR="00AA24B8" w:rsidRDefault="004C3622">
            <w:pPr>
              <w:jc w:val="center"/>
            </w:pPr>
            <w:r>
              <w:rPr>
                <w:b/>
                <w:color w:val="FFFFFF"/>
                <w:sz w:val="22"/>
              </w:rPr>
              <w:t>Obéir</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4703ECBA" w14:textId="77777777" w:rsidR="00AA24B8" w:rsidRDefault="004C3622">
            <w:pPr>
              <w:jc w:val="center"/>
            </w:pPr>
            <w:r>
              <w:rPr>
                <w:b/>
                <w:color w:val="FFFFFF"/>
                <w:sz w:val="22"/>
              </w:rPr>
              <w:t>Régner</w:t>
            </w:r>
          </w:p>
        </w:tc>
      </w:tr>
      <w:tr w:rsidR="00AA24B8" w14:paraId="52293B84"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41491C53" w14:textId="77777777" w:rsidR="00AA24B8" w:rsidRDefault="004C3622">
            <w:r>
              <w:rPr>
                <w:b/>
                <w:color w:val="173B55"/>
                <w:sz w:val="18"/>
              </w:rPr>
              <w:t>Expression juste</w:t>
            </w:r>
            <w:r>
              <w:rPr>
                <w:b/>
                <w:color w:val="173B55"/>
                <w:sz w:val="18"/>
              </w:rPr>
              <w:br/>
            </w:r>
            <w:r>
              <w:rPr>
                <w:sz w:val="19"/>
              </w:rPr>
              <w:t>Suivre une conviction profonde après l'avoir examinée avec conscience.</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2CD067C2" w14:textId="77777777" w:rsidR="00AA24B8" w:rsidRDefault="004C3622">
            <w:r>
              <w:rPr>
                <w:b/>
                <w:color w:val="173B55"/>
                <w:sz w:val="18"/>
              </w:rPr>
              <w:t>Expression juste</w:t>
            </w:r>
            <w:r>
              <w:rPr>
                <w:b/>
                <w:color w:val="173B55"/>
                <w:sz w:val="18"/>
              </w:rPr>
              <w:br/>
            </w:r>
            <w:r>
              <w:rPr>
                <w:sz w:val="19"/>
              </w:rPr>
              <w:t>Mettre ma volonté, mon autorité et mon énergie au service du bien commun.</w:t>
            </w:r>
          </w:p>
        </w:tc>
      </w:tr>
      <w:tr w:rsidR="00AA24B8" w14:paraId="395DFCF5"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12DD2015" w14:textId="77777777" w:rsidR="00AA24B8" w:rsidRDefault="004C3622">
            <w:r>
              <w:rPr>
                <w:b/>
                <w:color w:val="C47D68"/>
                <w:sz w:val="18"/>
              </w:rPr>
              <w:t>Déséquilibre possible</w:t>
            </w:r>
            <w:r>
              <w:rPr>
                <w:b/>
                <w:color w:val="C47D68"/>
                <w:sz w:val="18"/>
              </w:rPr>
              <w:br/>
            </w:r>
            <w:r>
              <w:rPr>
                <w:sz w:val="19"/>
              </w:rPr>
              <w:t>Me soumettre par peur, besoin d'approbation, confort ou intérêt personnel.</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48247309" w14:textId="77777777" w:rsidR="00AA24B8" w:rsidRDefault="004C3622">
            <w:r>
              <w:rPr>
                <w:b/>
                <w:color w:val="C47D68"/>
                <w:sz w:val="18"/>
              </w:rPr>
              <w:t>Déséquilibre possible</w:t>
            </w:r>
            <w:r>
              <w:rPr>
                <w:b/>
                <w:color w:val="C47D68"/>
                <w:sz w:val="18"/>
              </w:rPr>
              <w:br/>
            </w:r>
            <w:r>
              <w:rPr>
                <w:sz w:val="19"/>
              </w:rPr>
              <w:t>Imposer ma volonté, contrôler ou priver l'autre de son autonomie.</w:t>
            </w:r>
          </w:p>
        </w:tc>
      </w:tr>
    </w:tbl>
    <w:p w14:paraId="65BE10ED" w14:textId="77777777" w:rsidR="00AA24B8" w:rsidRDefault="004C3622">
      <w:pPr>
        <w:keepNext/>
        <w:spacing w:before="140" w:after="60"/>
      </w:pPr>
      <w:r>
        <w:rPr>
          <w:b/>
          <w:color w:val="C47D68"/>
          <w:sz w:val="18"/>
        </w:rPr>
        <w:t>MON AUTO OBSERVATION</w:t>
      </w:r>
    </w:p>
    <w:p w14:paraId="479C50B4" w14:textId="77777777" w:rsidR="00AA24B8" w:rsidRDefault="004C3622">
      <w:pPr>
        <w:spacing w:after="80"/>
      </w:pPr>
      <w:r>
        <w:rPr>
          <w:sz w:val="20"/>
        </w:rPr>
        <w:t xml:space="preserve">Aujourd'hui, je me reconnais davantage dans :  </w:t>
      </w:r>
      <w:r>
        <w:rPr>
          <w:b/>
          <w:color w:val="173B55"/>
          <w:sz w:val="20"/>
        </w:rPr>
        <w:t>□ Obéir     □ Régner     □ Un équilibre entre les deux</w:t>
      </w:r>
    </w:p>
    <w:p w14:paraId="52D0E5DA" w14:textId="77777777" w:rsidR="00AA24B8" w:rsidRDefault="004C3622">
      <w:r>
        <w:rPr>
          <w:sz w:val="20"/>
        </w:rPr>
        <w:t>Intensité ressentie :   1    2    3    4    5    6    7    8    9    10</w:t>
      </w:r>
    </w:p>
    <w:p w14:paraId="330EBB95" w14:textId="77777777" w:rsidR="00AA24B8" w:rsidRDefault="004C3622">
      <w:pPr>
        <w:keepNext/>
        <w:spacing w:before="140" w:after="60"/>
      </w:pPr>
      <w:r>
        <w:rPr>
          <w:b/>
          <w:color w:val="C47D68"/>
          <w:sz w:val="18"/>
        </w:rPr>
        <w:t>QUESTIONS POUR CHEMINER</w:t>
      </w:r>
    </w:p>
    <w:p w14:paraId="573EFF5F" w14:textId="77777777" w:rsidR="00AA24B8" w:rsidRDefault="004C3622">
      <w:pPr>
        <w:spacing w:after="60"/>
      </w:pPr>
      <w:r>
        <w:rPr>
          <w:b/>
          <w:color w:val="C47D68"/>
          <w:sz w:val="20"/>
        </w:rPr>
        <w:t xml:space="preserve">• </w:t>
      </w:r>
      <w:r>
        <w:rPr>
          <w:sz w:val="20"/>
        </w:rPr>
        <w:t>À quoi ou à qui est-ce que j'obéis le plus souvent ?</w:t>
      </w:r>
    </w:p>
    <w:p w14:paraId="26D7BADA" w14:textId="77777777" w:rsidR="00AA24B8" w:rsidRDefault="004C3622">
      <w:pPr>
        <w:spacing w:after="60"/>
      </w:pPr>
      <w:r>
        <w:rPr>
          <w:b/>
          <w:color w:val="C47D68"/>
          <w:sz w:val="20"/>
        </w:rPr>
        <w:t xml:space="preserve">• </w:t>
      </w:r>
      <w:r>
        <w:rPr>
          <w:sz w:val="20"/>
        </w:rPr>
        <w:t>Comment est-ce que j'exerce mon influence sur les autres ?</w:t>
      </w:r>
    </w:p>
    <w:p w14:paraId="3D2800C8" w14:textId="77777777" w:rsidR="00AA24B8" w:rsidRDefault="004C3622">
      <w:pPr>
        <w:spacing w:after="60"/>
      </w:pPr>
      <w:r>
        <w:rPr>
          <w:b/>
          <w:color w:val="C47D68"/>
          <w:sz w:val="20"/>
        </w:rPr>
        <w:t xml:space="preserve">• </w:t>
      </w:r>
      <w:r>
        <w:rPr>
          <w:sz w:val="20"/>
        </w:rPr>
        <w:t>Ma décision respecte-t-elle à la fois mon intégrité et la liberté d'autrui ?</w:t>
      </w:r>
    </w:p>
    <w:p w14:paraId="42B2CC5A" w14:textId="77777777" w:rsidR="00AA24B8" w:rsidRDefault="004C3622">
      <w:pPr>
        <w:spacing w:before="40" w:after="60"/>
      </w:pPr>
      <w:r>
        <w:rPr>
          <w:color w:val="B8B8B8"/>
          <w:sz w:val="18"/>
        </w:rPr>
        <w:t>________________________________________________________________________________</w:t>
      </w:r>
    </w:p>
    <w:p w14:paraId="60566E69" w14:textId="77777777" w:rsidR="00AA24B8" w:rsidRDefault="004C3622">
      <w:pPr>
        <w:spacing w:before="40" w:after="60"/>
      </w:pPr>
      <w:r>
        <w:rPr>
          <w:color w:val="B8B8B8"/>
          <w:sz w:val="18"/>
        </w:rPr>
        <w:t>________________________________________________________________________________</w:t>
      </w:r>
    </w:p>
    <w:p w14:paraId="6ED6AA8D" w14:textId="77777777" w:rsidR="00AA24B8" w:rsidRDefault="004C3622">
      <w:pPr>
        <w:keepNext/>
        <w:spacing w:before="140" w:after="60"/>
      </w:pPr>
      <w:r>
        <w:rPr>
          <w:b/>
          <w:color w:val="C47D68"/>
          <w:sz w:val="18"/>
        </w:rPr>
        <w:t>UNE EXPÉRIMENTATION POSSIBLE</w:t>
      </w:r>
    </w:p>
    <w:p w14:paraId="3C59DF74" w14:textId="77777777" w:rsidR="00AA24B8" w:rsidRDefault="004C3622">
      <w:pPr>
        <w:spacing w:after="60" w:line="259" w:lineRule="auto"/>
      </w:pPr>
      <w:r>
        <w:t>Avant une décision importante, distinguer ce qui vient de ma peur, de mon besoin de plaire et de ma conviction profonde.</w:t>
      </w:r>
    </w:p>
    <w:p w14:paraId="5EDE4546" w14:textId="77777777" w:rsidR="00AA24B8" w:rsidRDefault="004C3622">
      <w:pPr>
        <w:spacing w:after="60"/>
      </w:pPr>
      <w:r>
        <w:rPr>
          <w:b/>
          <w:color w:val="173B55"/>
          <w:sz w:val="20"/>
        </w:rPr>
        <w:t>Mon propre petit pas :</w:t>
      </w:r>
    </w:p>
    <w:p w14:paraId="101469FF" w14:textId="77777777" w:rsidR="00AA24B8" w:rsidRDefault="004C3622">
      <w:pPr>
        <w:spacing w:before="40" w:after="60"/>
      </w:pPr>
      <w:r>
        <w:rPr>
          <w:color w:val="B8B8B8"/>
          <w:sz w:val="18"/>
        </w:rPr>
        <w:t>________________________________________________________________________________</w:t>
      </w:r>
    </w:p>
    <w:p w14:paraId="7A330DC3" w14:textId="77777777" w:rsidR="00AA24B8" w:rsidRDefault="004C3622">
      <w:r>
        <w:br w:type="page"/>
      </w:r>
    </w:p>
    <w:p w14:paraId="13A3DF8A" w14:textId="77777777" w:rsidR="00AA24B8" w:rsidRDefault="004C3622">
      <w:pPr>
        <w:spacing w:after="40"/>
      </w:pPr>
      <w:r>
        <w:rPr>
          <w:b/>
          <w:color w:val="C47D68"/>
          <w:sz w:val="18"/>
        </w:rPr>
        <w:lastRenderedPageBreak/>
        <w:t>PAIRE 4 SUR 12</w:t>
      </w:r>
    </w:p>
    <w:p w14:paraId="10C3619D" w14:textId="77777777" w:rsidR="00AA24B8" w:rsidRPr="00FE3847" w:rsidRDefault="004C3622">
      <w:pPr>
        <w:pStyle w:val="Titre1"/>
        <w:spacing w:after="80"/>
        <w:rPr>
          <w:color w:val="002060"/>
        </w:rPr>
      </w:pPr>
      <w:r w:rsidRPr="00FE3847">
        <w:rPr>
          <w:color w:val="002060"/>
        </w:rPr>
        <w:t>Humilité et Confiance en soi</w:t>
      </w:r>
    </w:p>
    <w:p w14:paraId="32848B85" w14:textId="77777777" w:rsidR="00AA24B8" w:rsidRDefault="004C3622">
      <w:pPr>
        <w:spacing w:after="180"/>
      </w:pPr>
      <w:r>
        <w:rPr>
          <w:i/>
          <w:color w:val="173B55"/>
          <w:sz w:val="22"/>
        </w:rPr>
        <w:t>Reconnaître mes limites sans diminuer ma valeur ni mes capacités.</w:t>
      </w:r>
    </w:p>
    <w:tbl>
      <w:tblPr>
        <w:tblW w:w="0" w:type="auto"/>
        <w:jc w:val="center"/>
        <w:tblLayout w:type="fixed"/>
        <w:tblLook w:val="04A0" w:firstRow="1" w:lastRow="0" w:firstColumn="1" w:lastColumn="0" w:noHBand="0" w:noVBand="1"/>
      </w:tblPr>
      <w:tblGrid>
        <w:gridCol w:w="4824"/>
        <w:gridCol w:w="4824"/>
      </w:tblGrid>
      <w:tr w:rsidR="00AA24B8" w14:paraId="65B28F4C"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21E92BBC" w14:textId="77777777" w:rsidR="00AA24B8" w:rsidRDefault="004C3622">
            <w:pPr>
              <w:jc w:val="center"/>
            </w:pPr>
            <w:r>
              <w:rPr>
                <w:b/>
                <w:color w:val="FFFFFF"/>
                <w:sz w:val="22"/>
              </w:rPr>
              <w:t>Humilité</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093F8A8A" w14:textId="77777777" w:rsidR="00AA24B8" w:rsidRDefault="004C3622">
            <w:pPr>
              <w:jc w:val="center"/>
            </w:pPr>
            <w:r>
              <w:rPr>
                <w:b/>
                <w:color w:val="FFFFFF"/>
                <w:sz w:val="22"/>
              </w:rPr>
              <w:t>Confiance en soi</w:t>
            </w:r>
          </w:p>
        </w:tc>
      </w:tr>
      <w:tr w:rsidR="00AA24B8" w14:paraId="15908D48"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0E30352C" w14:textId="77777777" w:rsidR="00AA24B8" w:rsidRDefault="004C3622">
            <w:r>
              <w:rPr>
                <w:b/>
                <w:color w:val="173B55"/>
                <w:sz w:val="18"/>
              </w:rPr>
              <w:t>Expression juste</w:t>
            </w:r>
            <w:r>
              <w:rPr>
                <w:b/>
                <w:color w:val="173B55"/>
                <w:sz w:val="18"/>
              </w:rPr>
              <w:br/>
            </w:r>
            <w:r>
              <w:rPr>
                <w:sz w:val="19"/>
              </w:rPr>
              <w:t>Accueillir que je ne sais pas tout, recevoir de l'aide et reconnaître ce qui me dépasse.</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6A74954D" w14:textId="77777777" w:rsidR="00AA24B8" w:rsidRDefault="004C3622">
            <w:r>
              <w:rPr>
                <w:b/>
                <w:color w:val="173B55"/>
                <w:sz w:val="18"/>
              </w:rPr>
              <w:t>Expression juste</w:t>
            </w:r>
            <w:r>
              <w:rPr>
                <w:b/>
                <w:color w:val="173B55"/>
                <w:sz w:val="18"/>
              </w:rPr>
              <w:br/>
            </w:r>
            <w:r>
              <w:rPr>
                <w:sz w:val="19"/>
              </w:rPr>
              <w:t>M'appuyer sur mes ressources, mes expériences et ma force intérieure pour agir.</w:t>
            </w:r>
          </w:p>
        </w:tc>
      </w:tr>
      <w:tr w:rsidR="00AA24B8" w14:paraId="55E1BA93"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6588C29E" w14:textId="77777777" w:rsidR="00AA24B8" w:rsidRDefault="004C3622">
            <w:r>
              <w:rPr>
                <w:b/>
                <w:color w:val="C47D68"/>
                <w:sz w:val="18"/>
              </w:rPr>
              <w:t>Déséquilibre possible</w:t>
            </w:r>
            <w:r>
              <w:rPr>
                <w:b/>
                <w:color w:val="C47D68"/>
                <w:sz w:val="18"/>
              </w:rPr>
              <w:br/>
            </w:r>
            <w:r>
              <w:rPr>
                <w:sz w:val="19"/>
              </w:rPr>
              <w:t>Me rabaisser, nier mes talents ou laisser les autres décider de ma valeur.</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4A9F21D5" w14:textId="77777777" w:rsidR="00AA24B8" w:rsidRDefault="004C3622">
            <w:r>
              <w:rPr>
                <w:b/>
                <w:color w:val="C47D68"/>
                <w:sz w:val="18"/>
              </w:rPr>
              <w:t>Déséquilibre possible</w:t>
            </w:r>
            <w:r>
              <w:rPr>
                <w:b/>
                <w:color w:val="C47D68"/>
                <w:sz w:val="18"/>
              </w:rPr>
              <w:br/>
            </w:r>
            <w:r>
              <w:rPr>
                <w:sz w:val="19"/>
              </w:rPr>
              <w:t>Me croire supérieur ou supérieure, tout attribuer à mon seul mérite ou ne plus écouter.</w:t>
            </w:r>
          </w:p>
        </w:tc>
      </w:tr>
    </w:tbl>
    <w:p w14:paraId="4FBF7D35" w14:textId="77777777" w:rsidR="00AA24B8" w:rsidRDefault="004C3622">
      <w:pPr>
        <w:keepNext/>
        <w:spacing w:before="140" w:after="60"/>
      </w:pPr>
      <w:r>
        <w:rPr>
          <w:b/>
          <w:color w:val="C47D68"/>
          <w:sz w:val="18"/>
        </w:rPr>
        <w:t>MON AUTO OBSERVATION</w:t>
      </w:r>
    </w:p>
    <w:p w14:paraId="00333200" w14:textId="77777777" w:rsidR="00AA24B8" w:rsidRDefault="004C3622">
      <w:pPr>
        <w:spacing w:after="80"/>
      </w:pPr>
      <w:r>
        <w:rPr>
          <w:sz w:val="20"/>
        </w:rPr>
        <w:t xml:space="preserve">Aujourd'hui, je me reconnais davantage dans :  </w:t>
      </w:r>
      <w:r>
        <w:rPr>
          <w:b/>
          <w:color w:val="173B55"/>
          <w:sz w:val="20"/>
        </w:rPr>
        <w:t>□ Humilité     □ Confiance en soi     □ Un équilibre entre les deux</w:t>
      </w:r>
    </w:p>
    <w:p w14:paraId="4711D203" w14:textId="77777777" w:rsidR="00AA24B8" w:rsidRDefault="004C3622">
      <w:r>
        <w:rPr>
          <w:sz w:val="20"/>
        </w:rPr>
        <w:t>Intensité ressentie :   1    2    3    4    5    6    7    8    9    10</w:t>
      </w:r>
    </w:p>
    <w:p w14:paraId="11B296C9" w14:textId="77777777" w:rsidR="00AA24B8" w:rsidRDefault="004C3622">
      <w:pPr>
        <w:keepNext/>
        <w:spacing w:before="140" w:after="60"/>
      </w:pPr>
      <w:r>
        <w:rPr>
          <w:b/>
          <w:color w:val="C47D68"/>
          <w:sz w:val="18"/>
        </w:rPr>
        <w:t>QUESTIONS POUR CHEMINER</w:t>
      </w:r>
    </w:p>
    <w:p w14:paraId="0B4F48C8" w14:textId="77777777" w:rsidR="00AA24B8" w:rsidRDefault="004C3622">
      <w:pPr>
        <w:spacing w:after="60"/>
      </w:pPr>
      <w:r>
        <w:rPr>
          <w:b/>
          <w:color w:val="C47D68"/>
          <w:sz w:val="20"/>
        </w:rPr>
        <w:t xml:space="preserve">• </w:t>
      </w:r>
      <w:r>
        <w:rPr>
          <w:sz w:val="20"/>
        </w:rPr>
        <w:t>Quels talents ai-je encore du mal à reconnaître ?</w:t>
      </w:r>
    </w:p>
    <w:p w14:paraId="7BA7D720" w14:textId="77777777" w:rsidR="00AA24B8" w:rsidRDefault="004C3622">
      <w:pPr>
        <w:spacing w:after="60"/>
      </w:pPr>
      <w:r>
        <w:rPr>
          <w:b/>
          <w:color w:val="C47D68"/>
          <w:sz w:val="20"/>
        </w:rPr>
        <w:t xml:space="preserve">• </w:t>
      </w:r>
      <w:r>
        <w:rPr>
          <w:sz w:val="20"/>
        </w:rPr>
        <w:t>Dans quelle situation l'humilité me ferait-elle grandir ?</w:t>
      </w:r>
    </w:p>
    <w:p w14:paraId="70F4E8D9" w14:textId="77777777" w:rsidR="00AA24B8" w:rsidRDefault="004C3622">
      <w:pPr>
        <w:spacing w:after="60"/>
      </w:pPr>
      <w:r>
        <w:rPr>
          <w:b/>
          <w:color w:val="C47D68"/>
          <w:sz w:val="20"/>
        </w:rPr>
        <w:t xml:space="preserve">• </w:t>
      </w:r>
      <w:r>
        <w:rPr>
          <w:sz w:val="20"/>
        </w:rPr>
        <w:t>Comment prendre ma place sans me placer au-dessus des autres ?</w:t>
      </w:r>
    </w:p>
    <w:p w14:paraId="7E95C158" w14:textId="77777777" w:rsidR="00AA24B8" w:rsidRDefault="004C3622">
      <w:pPr>
        <w:spacing w:before="40" w:after="60"/>
      </w:pPr>
      <w:r>
        <w:rPr>
          <w:color w:val="B8B8B8"/>
          <w:sz w:val="18"/>
        </w:rPr>
        <w:t>________________________________________________________________________________</w:t>
      </w:r>
    </w:p>
    <w:p w14:paraId="52273831" w14:textId="77777777" w:rsidR="00AA24B8" w:rsidRDefault="004C3622">
      <w:pPr>
        <w:spacing w:before="40" w:after="60"/>
      </w:pPr>
      <w:r>
        <w:rPr>
          <w:color w:val="B8B8B8"/>
          <w:sz w:val="18"/>
        </w:rPr>
        <w:t>________________________________________________________________________________</w:t>
      </w:r>
    </w:p>
    <w:p w14:paraId="45A386F1" w14:textId="77777777" w:rsidR="00AA24B8" w:rsidRDefault="004C3622">
      <w:pPr>
        <w:keepNext/>
        <w:spacing w:before="140" w:after="60"/>
      </w:pPr>
      <w:r>
        <w:rPr>
          <w:b/>
          <w:color w:val="C47D68"/>
          <w:sz w:val="18"/>
        </w:rPr>
        <w:t>UNE EXPÉRIMENTATION POSSIBLE</w:t>
      </w:r>
    </w:p>
    <w:p w14:paraId="2D7CAEE8" w14:textId="77777777" w:rsidR="00AA24B8" w:rsidRDefault="004C3622">
      <w:pPr>
        <w:spacing w:after="60" w:line="259" w:lineRule="auto"/>
      </w:pPr>
      <w:r>
        <w:t>Nommer une qualité que je reconnais pleinement en moi et une chose pour laquelle j'accepte de demander de l'aide.</w:t>
      </w:r>
    </w:p>
    <w:p w14:paraId="234ECE94" w14:textId="77777777" w:rsidR="00AA24B8" w:rsidRDefault="004C3622">
      <w:pPr>
        <w:spacing w:after="60"/>
      </w:pPr>
      <w:r>
        <w:rPr>
          <w:b/>
          <w:color w:val="173B55"/>
          <w:sz w:val="20"/>
        </w:rPr>
        <w:t>Mon propre petit pas :</w:t>
      </w:r>
    </w:p>
    <w:p w14:paraId="2157C482" w14:textId="77777777" w:rsidR="00AA24B8" w:rsidRDefault="004C3622">
      <w:pPr>
        <w:spacing w:before="40" w:after="60"/>
      </w:pPr>
      <w:r>
        <w:rPr>
          <w:color w:val="B8B8B8"/>
          <w:sz w:val="18"/>
        </w:rPr>
        <w:t>________________________________________________________________________________</w:t>
      </w:r>
    </w:p>
    <w:p w14:paraId="3F1A604E" w14:textId="77777777" w:rsidR="00AA24B8" w:rsidRDefault="004C3622">
      <w:r>
        <w:br w:type="page"/>
      </w:r>
    </w:p>
    <w:p w14:paraId="71ED6933" w14:textId="77777777" w:rsidR="00AA24B8" w:rsidRDefault="004C3622">
      <w:pPr>
        <w:spacing w:after="40"/>
      </w:pPr>
      <w:r>
        <w:rPr>
          <w:b/>
          <w:color w:val="C47D68"/>
          <w:sz w:val="18"/>
        </w:rPr>
        <w:lastRenderedPageBreak/>
        <w:t>PAIRE 5 SUR 12</w:t>
      </w:r>
    </w:p>
    <w:p w14:paraId="3BE9B3B4" w14:textId="77777777" w:rsidR="00AA24B8" w:rsidRPr="00FE3847" w:rsidRDefault="004C3622">
      <w:pPr>
        <w:pStyle w:val="Titre1"/>
        <w:spacing w:after="80"/>
        <w:rPr>
          <w:color w:val="002060"/>
        </w:rPr>
      </w:pPr>
      <w:r w:rsidRPr="00FE3847">
        <w:rPr>
          <w:color w:val="002060"/>
        </w:rPr>
        <w:t>Rapidité de l'éclair et Pondération</w:t>
      </w:r>
    </w:p>
    <w:p w14:paraId="0F9FC2B5" w14:textId="77777777" w:rsidR="00AA24B8" w:rsidRDefault="004C3622">
      <w:pPr>
        <w:spacing w:after="180"/>
      </w:pPr>
      <w:r>
        <w:rPr>
          <w:i/>
          <w:color w:val="173B55"/>
          <w:sz w:val="22"/>
        </w:rPr>
        <w:t>Savoir agir immédiatement ou laisser une décision mûrir.</w:t>
      </w:r>
    </w:p>
    <w:tbl>
      <w:tblPr>
        <w:tblW w:w="0" w:type="auto"/>
        <w:jc w:val="center"/>
        <w:tblLayout w:type="fixed"/>
        <w:tblLook w:val="04A0" w:firstRow="1" w:lastRow="0" w:firstColumn="1" w:lastColumn="0" w:noHBand="0" w:noVBand="1"/>
      </w:tblPr>
      <w:tblGrid>
        <w:gridCol w:w="4824"/>
        <w:gridCol w:w="4824"/>
      </w:tblGrid>
      <w:tr w:rsidR="00AA24B8" w14:paraId="1DD13729"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7EFD43B6" w14:textId="77777777" w:rsidR="00AA24B8" w:rsidRDefault="004C3622">
            <w:pPr>
              <w:jc w:val="center"/>
            </w:pPr>
            <w:r>
              <w:rPr>
                <w:b/>
                <w:color w:val="FFFFFF"/>
                <w:sz w:val="22"/>
              </w:rPr>
              <w:t>Rapidité de l'éclair</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551B9287" w14:textId="77777777" w:rsidR="00AA24B8" w:rsidRDefault="004C3622">
            <w:pPr>
              <w:jc w:val="center"/>
            </w:pPr>
            <w:r>
              <w:rPr>
                <w:b/>
                <w:color w:val="FFFFFF"/>
                <w:sz w:val="22"/>
              </w:rPr>
              <w:t>Pondération</w:t>
            </w:r>
          </w:p>
        </w:tc>
      </w:tr>
      <w:tr w:rsidR="00AA24B8" w14:paraId="043EE7CA"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7E3DEBDE" w14:textId="77777777" w:rsidR="00AA24B8" w:rsidRDefault="004C3622">
            <w:r>
              <w:rPr>
                <w:b/>
                <w:color w:val="173B55"/>
                <w:sz w:val="18"/>
              </w:rPr>
              <w:t>Expression juste</w:t>
            </w:r>
            <w:r>
              <w:rPr>
                <w:b/>
                <w:color w:val="173B55"/>
                <w:sz w:val="18"/>
              </w:rPr>
              <w:br/>
            </w:r>
            <w:r>
              <w:rPr>
                <w:sz w:val="19"/>
              </w:rPr>
              <w:t>Décider avec présence lorsque l'occasion ou la situation exige une réponse rapide.</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288EAAE5" w14:textId="77777777" w:rsidR="00AA24B8" w:rsidRDefault="004C3622">
            <w:r>
              <w:rPr>
                <w:b/>
                <w:color w:val="173B55"/>
                <w:sz w:val="18"/>
              </w:rPr>
              <w:t>Expression juste</w:t>
            </w:r>
            <w:r>
              <w:rPr>
                <w:b/>
                <w:color w:val="173B55"/>
                <w:sz w:val="18"/>
              </w:rPr>
              <w:br/>
            </w:r>
            <w:r>
              <w:rPr>
                <w:sz w:val="19"/>
              </w:rPr>
              <w:t>Observer, vérifier et prendre le temps nécessaire avant d'agir.</w:t>
            </w:r>
          </w:p>
        </w:tc>
      </w:tr>
      <w:tr w:rsidR="00AA24B8" w14:paraId="6B502EA3"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7C4EE6A1" w14:textId="77777777" w:rsidR="00AA24B8" w:rsidRDefault="004C3622">
            <w:r>
              <w:rPr>
                <w:b/>
                <w:color w:val="C47D68"/>
                <w:sz w:val="18"/>
              </w:rPr>
              <w:t>Déséquilibre possible</w:t>
            </w:r>
            <w:r>
              <w:rPr>
                <w:b/>
                <w:color w:val="C47D68"/>
                <w:sz w:val="18"/>
              </w:rPr>
              <w:br/>
            </w:r>
            <w:r>
              <w:rPr>
                <w:sz w:val="19"/>
              </w:rPr>
              <w:t>Réagir dans la précipitation, sans recul, sous l'effet de l'émotion ou de l'urgence.</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79F29BCE" w14:textId="77777777" w:rsidR="00AA24B8" w:rsidRDefault="004C3622">
            <w:r>
              <w:rPr>
                <w:b/>
                <w:color w:val="C47D68"/>
                <w:sz w:val="18"/>
              </w:rPr>
              <w:t>Déséquilibre possible</w:t>
            </w:r>
            <w:r>
              <w:rPr>
                <w:b/>
                <w:color w:val="C47D68"/>
                <w:sz w:val="18"/>
              </w:rPr>
              <w:br/>
            </w:r>
            <w:r>
              <w:rPr>
                <w:sz w:val="19"/>
              </w:rPr>
              <w:t>Reporter sans cesse, suranalyser ou rester dans l'indécision.</w:t>
            </w:r>
          </w:p>
        </w:tc>
      </w:tr>
    </w:tbl>
    <w:p w14:paraId="7E1A0657" w14:textId="77777777" w:rsidR="00AA24B8" w:rsidRDefault="004C3622">
      <w:pPr>
        <w:keepNext/>
        <w:spacing w:before="140" w:after="60"/>
      </w:pPr>
      <w:r>
        <w:rPr>
          <w:b/>
          <w:color w:val="C47D68"/>
          <w:sz w:val="18"/>
        </w:rPr>
        <w:t>MON AUTO OBSERVATION</w:t>
      </w:r>
    </w:p>
    <w:p w14:paraId="477243CC" w14:textId="77777777" w:rsidR="00AA24B8" w:rsidRDefault="004C3622">
      <w:pPr>
        <w:spacing w:after="80"/>
      </w:pPr>
      <w:r>
        <w:rPr>
          <w:sz w:val="20"/>
        </w:rPr>
        <w:t xml:space="preserve">Aujourd'hui, je me reconnais davantage dans :  </w:t>
      </w:r>
      <w:r>
        <w:rPr>
          <w:b/>
          <w:color w:val="173B55"/>
          <w:sz w:val="20"/>
        </w:rPr>
        <w:t>□ Rapidité de l'éclair     □ Pondération     □ Un équilibre entre les deux</w:t>
      </w:r>
    </w:p>
    <w:p w14:paraId="059FBD42" w14:textId="77777777" w:rsidR="00AA24B8" w:rsidRDefault="004C3622">
      <w:r>
        <w:rPr>
          <w:sz w:val="20"/>
        </w:rPr>
        <w:t>Intensité ressentie :   1    2    3    4    5    6    7    8    9    10</w:t>
      </w:r>
    </w:p>
    <w:p w14:paraId="5C2C3FC7" w14:textId="77777777" w:rsidR="00AA24B8" w:rsidRDefault="004C3622">
      <w:pPr>
        <w:keepNext/>
        <w:spacing w:before="140" w:after="60"/>
      </w:pPr>
      <w:r>
        <w:rPr>
          <w:b/>
          <w:color w:val="C47D68"/>
          <w:sz w:val="18"/>
        </w:rPr>
        <w:t>QUESTIONS POUR CHEMINER</w:t>
      </w:r>
    </w:p>
    <w:p w14:paraId="289794FA" w14:textId="77777777" w:rsidR="00AA24B8" w:rsidRDefault="004C3622">
      <w:pPr>
        <w:spacing w:after="60"/>
      </w:pPr>
      <w:r>
        <w:rPr>
          <w:b/>
          <w:color w:val="C47D68"/>
          <w:sz w:val="20"/>
        </w:rPr>
        <w:t xml:space="preserve">• </w:t>
      </w:r>
      <w:r>
        <w:rPr>
          <w:sz w:val="20"/>
        </w:rPr>
        <w:t>Ai-je tendance à réagir trop vite ou à attendre trop longtemps ?</w:t>
      </w:r>
    </w:p>
    <w:p w14:paraId="5A3B12EF" w14:textId="77777777" w:rsidR="00AA24B8" w:rsidRDefault="004C3622">
      <w:pPr>
        <w:spacing w:after="60"/>
      </w:pPr>
      <w:r>
        <w:rPr>
          <w:b/>
          <w:color w:val="C47D68"/>
          <w:sz w:val="20"/>
        </w:rPr>
        <w:t xml:space="preserve">• </w:t>
      </w:r>
      <w:r>
        <w:rPr>
          <w:sz w:val="20"/>
        </w:rPr>
        <w:t>Quels signes m'indiquent qu'une décision est mûre ?</w:t>
      </w:r>
    </w:p>
    <w:p w14:paraId="27524C0B" w14:textId="77777777" w:rsidR="00AA24B8" w:rsidRDefault="004C3622">
      <w:pPr>
        <w:spacing w:after="60"/>
      </w:pPr>
      <w:r>
        <w:rPr>
          <w:b/>
          <w:color w:val="C47D68"/>
          <w:sz w:val="20"/>
        </w:rPr>
        <w:t xml:space="preserve">• </w:t>
      </w:r>
      <w:r>
        <w:rPr>
          <w:sz w:val="20"/>
        </w:rPr>
        <w:t>De quelles informations ai-je réellement besoin pour avancer ?</w:t>
      </w:r>
    </w:p>
    <w:p w14:paraId="1B3C0715" w14:textId="77777777" w:rsidR="00AA24B8" w:rsidRDefault="004C3622">
      <w:pPr>
        <w:spacing w:before="40" w:after="60"/>
      </w:pPr>
      <w:r>
        <w:rPr>
          <w:color w:val="B8B8B8"/>
          <w:sz w:val="18"/>
        </w:rPr>
        <w:t>________________________________________________________________________________</w:t>
      </w:r>
    </w:p>
    <w:p w14:paraId="68E8763C" w14:textId="77777777" w:rsidR="00AA24B8" w:rsidRDefault="004C3622">
      <w:pPr>
        <w:spacing w:before="40" w:after="60"/>
      </w:pPr>
      <w:r>
        <w:rPr>
          <w:color w:val="B8B8B8"/>
          <w:sz w:val="18"/>
        </w:rPr>
        <w:t>________________________________________________________________________________</w:t>
      </w:r>
    </w:p>
    <w:p w14:paraId="390CD22F" w14:textId="77777777" w:rsidR="00AA24B8" w:rsidRDefault="004C3622">
      <w:pPr>
        <w:keepNext/>
        <w:spacing w:before="140" w:after="60"/>
      </w:pPr>
      <w:r>
        <w:rPr>
          <w:b/>
          <w:color w:val="C47D68"/>
          <w:sz w:val="18"/>
        </w:rPr>
        <w:t>UNE EXPÉRIMENTATION POSSIBLE</w:t>
      </w:r>
    </w:p>
    <w:p w14:paraId="3BE82E9D" w14:textId="77777777" w:rsidR="00AA24B8" w:rsidRDefault="004C3622">
      <w:pPr>
        <w:spacing w:after="60" w:line="259" w:lineRule="auto"/>
      </w:pPr>
      <w:r>
        <w:t>Choisir une décision en attente, fixer le temps juste de réflexion, puis décider à l'échéance prévue.</w:t>
      </w:r>
    </w:p>
    <w:p w14:paraId="55511932" w14:textId="77777777" w:rsidR="00AA24B8" w:rsidRDefault="004C3622">
      <w:pPr>
        <w:spacing w:after="60"/>
      </w:pPr>
      <w:r>
        <w:rPr>
          <w:b/>
          <w:color w:val="173B55"/>
          <w:sz w:val="20"/>
        </w:rPr>
        <w:t>Mon propre petit pas :</w:t>
      </w:r>
    </w:p>
    <w:p w14:paraId="23407D0A" w14:textId="77777777" w:rsidR="00AA24B8" w:rsidRDefault="004C3622">
      <w:pPr>
        <w:spacing w:before="40" w:after="60"/>
      </w:pPr>
      <w:r>
        <w:rPr>
          <w:color w:val="B8B8B8"/>
          <w:sz w:val="18"/>
        </w:rPr>
        <w:t>________________________________________________________________________________</w:t>
      </w:r>
    </w:p>
    <w:p w14:paraId="7C09B55B" w14:textId="77777777" w:rsidR="00AA24B8" w:rsidRDefault="004C3622">
      <w:r>
        <w:br w:type="page"/>
      </w:r>
    </w:p>
    <w:p w14:paraId="1B7F6443" w14:textId="77777777" w:rsidR="00AA24B8" w:rsidRDefault="004C3622">
      <w:pPr>
        <w:spacing w:after="40"/>
      </w:pPr>
      <w:r>
        <w:rPr>
          <w:b/>
          <w:color w:val="C47D68"/>
          <w:sz w:val="18"/>
        </w:rPr>
        <w:lastRenderedPageBreak/>
        <w:t>PAIRE 6 SUR 12</w:t>
      </w:r>
    </w:p>
    <w:p w14:paraId="01363017" w14:textId="77777777" w:rsidR="00AA24B8" w:rsidRPr="00FE3847" w:rsidRDefault="004C3622">
      <w:pPr>
        <w:pStyle w:val="Titre1"/>
        <w:spacing w:after="80"/>
        <w:rPr>
          <w:color w:val="002060"/>
        </w:rPr>
      </w:pPr>
      <w:r w:rsidRPr="00FE3847">
        <w:rPr>
          <w:color w:val="002060"/>
        </w:rPr>
        <w:t>Tout accepter et Savoir discerner</w:t>
      </w:r>
    </w:p>
    <w:p w14:paraId="16DF9C5A" w14:textId="77777777" w:rsidR="00AA24B8" w:rsidRDefault="004C3622">
      <w:pPr>
        <w:spacing w:after="180"/>
      </w:pPr>
      <w:r>
        <w:rPr>
          <w:i/>
          <w:color w:val="173B55"/>
          <w:sz w:val="22"/>
        </w:rPr>
        <w:t>Accueillir la réalité sans passivité et choisir ce qui sert la vie.</w:t>
      </w:r>
    </w:p>
    <w:tbl>
      <w:tblPr>
        <w:tblW w:w="0" w:type="auto"/>
        <w:jc w:val="center"/>
        <w:tblLayout w:type="fixed"/>
        <w:tblLook w:val="04A0" w:firstRow="1" w:lastRow="0" w:firstColumn="1" w:lastColumn="0" w:noHBand="0" w:noVBand="1"/>
      </w:tblPr>
      <w:tblGrid>
        <w:gridCol w:w="4824"/>
        <w:gridCol w:w="4824"/>
      </w:tblGrid>
      <w:tr w:rsidR="00AA24B8" w14:paraId="10D10E8D"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1B7DF2CE" w14:textId="77777777" w:rsidR="00AA24B8" w:rsidRDefault="004C3622">
            <w:pPr>
              <w:jc w:val="center"/>
            </w:pPr>
            <w:r>
              <w:rPr>
                <w:b/>
                <w:color w:val="FFFFFF"/>
                <w:sz w:val="22"/>
              </w:rPr>
              <w:t>Tout accepter</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49D87A1A" w14:textId="77777777" w:rsidR="00AA24B8" w:rsidRDefault="004C3622">
            <w:pPr>
              <w:jc w:val="center"/>
            </w:pPr>
            <w:r>
              <w:rPr>
                <w:b/>
                <w:color w:val="FFFFFF"/>
                <w:sz w:val="22"/>
              </w:rPr>
              <w:t>Savoir discerner</w:t>
            </w:r>
          </w:p>
        </w:tc>
      </w:tr>
      <w:tr w:rsidR="00AA24B8" w14:paraId="29B05F92"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3F2803F3" w14:textId="77777777" w:rsidR="00AA24B8" w:rsidRDefault="004C3622">
            <w:r>
              <w:rPr>
                <w:b/>
                <w:color w:val="173B55"/>
                <w:sz w:val="18"/>
              </w:rPr>
              <w:t>Expression juste</w:t>
            </w:r>
            <w:r>
              <w:rPr>
                <w:b/>
                <w:color w:val="173B55"/>
                <w:sz w:val="18"/>
              </w:rPr>
              <w:br/>
            </w:r>
            <w:r>
              <w:rPr>
                <w:sz w:val="19"/>
              </w:rPr>
              <w:t>Reconnaître ce qui est là sans laisser les critiques, les éloges ou les circonstances définir ma valeur.</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7D2C5B1D" w14:textId="77777777" w:rsidR="00AA24B8" w:rsidRDefault="004C3622">
            <w:r>
              <w:rPr>
                <w:b/>
                <w:color w:val="173B55"/>
                <w:sz w:val="18"/>
              </w:rPr>
              <w:t>Expression juste</w:t>
            </w:r>
            <w:r>
              <w:rPr>
                <w:b/>
                <w:color w:val="173B55"/>
                <w:sz w:val="18"/>
              </w:rPr>
              <w:br/>
            </w:r>
            <w:r>
              <w:rPr>
                <w:sz w:val="19"/>
              </w:rPr>
              <w:t>Distinguer ce qui est juste, constructif et aligné de ce qui ne l'est pas.</w:t>
            </w:r>
          </w:p>
        </w:tc>
      </w:tr>
      <w:tr w:rsidR="00AA24B8" w14:paraId="4980981F"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6E4F3D93" w14:textId="77777777" w:rsidR="00AA24B8" w:rsidRDefault="004C3622">
            <w:r>
              <w:rPr>
                <w:b/>
                <w:color w:val="C47D68"/>
                <w:sz w:val="18"/>
              </w:rPr>
              <w:t>Déséquilibre possible</w:t>
            </w:r>
            <w:r>
              <w:rPr>
                <w:b/>
                <w:color w:val="C47D68"/>
                <w:sz w:val="18"/>
              </w:rPr>
              <w:br/>
            </w:r>
            <w:r>
              <w:rPr>
                <w:sz w:val="19"/>
              </w:rPr>
              <w:t>Me résigner, tout tolérer, éviter de me positionner ou devenir apathique.</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70FA32ED" w14:textId="77777777" w:rsidR="00AA24B8" w:rsidRDefault="004C3622">
            <w:r>
              <w:rPr>
                <w:b/>
                <w:color w:val="C47D68"/>
                <w:sz w:val="18"/>
              </w:rPr>
              <w:t>Déséquilibre possible</w:t>
            </w:r>
            <w:r>
              <w:rPr>
                <w:b/>
                <w:color w:val="C47D68"/>
                <w:sz w:val="18"/>
              </w:rPr>
              <w:br/>
            </w:r>
            <w:r>
              <w:rPr>
                <w:sz w:val="19"/>
              </w:rPr>
              <w:t>Juger trop vite, rejeter, vouloir avoir raison ou vivre dans le conflit permanent.</w:t>
            </w:r>
          </w:p>
        </w:tc>
      </w:tr>
    </w:tbl>
    <w:p w14:paraId="6558B7FF" w14:textId="77777777" w:rsidR="00AA24B8" w:rsidRDefault="004C3622">
      <w:pPr>
        <w:keepNext/>
        <w:spacing w:before="140" w:after="60"/>
      </w:pPr>
      <w:r>
        <w:rPr>
          <w:b/>
          <w:color w:val="C47D68"/>
          <w:sz w:val="18"/>
        </w:rPr>
        <w:t>MON AUTO OBSERVATION</w:t>
      </w:r>
    </w:p>
    <w:p w14:paraId="1797B091" w14:textId="77777777" w:rsidR="00AA24B8" w:rsidRDefault="004C3622">
      <w:pPr>
        <w:spacing w:after="80"/>
      </w:pPr>
      <w:r>
        <w:rPr>
          <w:sz w:val="20"/>
        </w:rPr>
        <w:t xml:space="preserve">Aujourd'hui, je me reconnais davantage dans :  </w:t>
      </w:r>
      <w:r>
        <w:rPr>
          <w:b/>
          <w:color w:val="173B55"/>
          <w:sz w:val="20"/>
        </w:rPr>
        <w:t>□ Tout accepter     □ Savoir discerner     □ Un équilibre entre les deux</w:t>
      </w:r>
    </w:p>
    <w:p w14:paraId="315D78FA" w14:textId="77777777" w:rsidR="00AA24B8" w:rsidRDefault="004C3622">
      <w:r>
        <w:rPr>
          <w:sz w:val="20"/>
        </w:rPr>
        <w:t>Intensité ressentie :   1    2    3    4    5    6    7    8    9    10</w:t>
      </w:r>
    </w:p>
    <w:p w14:paraId="69F6E18A" w14:textId="77777777" w:rsidR="00AA24B8" w:rsidRDefault="004C3622">
      <w:pPr>
        <w:keepNext/>
        <w:spacing w:before="140" w:after="60"/>
      </w:pPr>
      <w:r>
        <w:rPr>
          <w:b/>
          <w:color w:val="C47D68"/>
          <w:sz w:val="18"/>
        </w:rPr>
        <w:t>QUESTIONS POUR CHEMINER</w:t>
      </w:r>
    </w:p>
    <w:p w14:paraId="3F37595A" w14:textId="77777777" w:rsidR="00AA24B8" w:rsidRDefault="004C3622">
      <w:pPr>
        <w:spacing w:after="60"/>
      </w:pPr>
      <w:r>
        <w:rPr>
          <w:b/>
          <w:color w:val="C47D68"/>
          <w:sz w:val="20"/>
        </w:rPr>
        <w:t xml:space="preserve">• </w:t>
      </w:r>
      <w:r>
        <w:rPr>
          <w:sz w:val="20"/>
        </w:rPr>
        <w:t>Qu'est-ce que j'ai besoin d'accepter pour cesser de lutter contre le réel ?</w:t>
      </w:r>
    </w:p>
    <w:p w14:paraId="496BB2F4" w14:textId="77777777" w:rsidR="00AA24B8" w:rsidRDefault="004C3622">
      <w:pPr>
        <w:spacing w:after="60"/>
      </w:pPr>
      <w:r>
        <w:rPr>
          <w:b/>
          <w:color w:val="C47D68"/>
          <w:sz w:val="20"/>
        </w:rPr>
        <w:t xml:space="preserve">• </w:t>
      </w:r>
      <w:r>
        <w:rPr>
          <w:sz w:val="20"/>
        </w:rPr>
        <w:t>Qu'est-ce qui nécessite au contraire un choix ou une limite ?</w:t>
      </w:r>
    </w:p>
    <w:p w14:paraId="43BD0BA3" w14:textId="77777777" w:rsidR="00AA24B8" w:rsidRDefault="004C3622">
      <w:pPr>
        <w:spacing w:after="60"/>
      </w:pPr>
      <w:r>
        <w:rPr>
          <w:b/>
          <w:color w:val="C47D68"/>
          <w:sz w:val="20"/>
        </w:rPr>
        <w:t xml:space="preserve">• </w:t>
      </w:r>
      <w:r>
        <w:rPr>
          <w:sz w:val="20"/>
        </w:rPr>
        <w:t>Sur quels repères repose mon discernement ?</w:t>
      </w:r>
    </w:p>
    <w:p w14:paraId="4674539E" w14:textId="77777777" w:rsidR="00AA24B8" w:rsidRDefault="004C3622">
      <w:pPr>
        <w:spacing w:before="40" w:after="60"/>
      </w:pPr>
      <w:r>
        <w:rPr>
          <w:color w:val="B8B8B8"/>
          <w:sz w:val="18"/>
        </w:rPr>
        <w:t>________________________________________________________________________________</w:t>
      </w:r>
    </w:p>
    <w:p w14:paraId="77B8A159" w14:textId="77777777" w:rsidR="00AA24B8" w:rsidRDefault="004C3622">
      <w:pPr>
        <w:spacing w:before="40" w:after="60"/>
      </w:pPr>
      <w:r>
        <w:rPr>
          <w:color w:val="B8B8B8"/>
          <w:sz w:val="18"/>
        </w:rPr>
        <w:t>________________________________________________________________________________</w:t>
      </w:r>
    </w:p>
    <w:p w14:paraId="0112C215" w14:textId="77777777" w:rsidR="00AA24B8" w:rsidRDefault="004C3622">
      <w:pPr>
        <w:keepNext/>
        <w:spacing w:before="140" w:after="60"/>
      </w:pPr>
      <w:r>
        <w:rPr>
          <w:b/>
          <w:color w:val="C47D68"/>
          <w:sz w:val="18"/>
        </w:rPr>
        <w:t>UNE EXPÉRIMENTATION POSSIBLE</w:t>
      </w:r>
    </w:p>
    <w:p w14:paraId="47AC3EB9" w14:textId="77777777" w:rsidR="00AA24B8" w:rsidRDefault="004C3622">
      <w:pPr>
        <w:spacing w:after="60" w:line="259" w:lineRule="auto"/>
      </w:pPr>
      <w:r>
        <w:t>Dans une difficulté, écrire deux colonnes : ce que je ne peux pas changer aujourd'hui et ce sur quoi je peux agir.</w:t>
      </w:r>
    </w:p>
    <w:p w14:paraId="35EF27A9" w14:textId="77777777" w:rsidR="00AA24B8" w:rsidRDefault="004C3622">
      <w:pPr>
        <w:spacing w:after="60"/>
      </w:pPr>
      <w:r>
        <w:rPr>
          <w:b/>
          <w:color w:val="173B55"/>
          <w:sz w:val="20"/>
        </w:rPr>
        <w:t>Mon propre petit pas :</w:t>
      </w:r>
    </w:p>
    <w:p w14:paraId="32D14547" w14:textId="77777777" w:rsidR="00AA24B8" w:rsidRDefault="004C3622">
      <w:pPr>
        <w:spacing w:before="40" w:after="60"/>
      </w:pPr>
      <w:r>
        <w:rPr>
          <w:color w:val="B8B8B8"/>
          <w:sz w:val="18"/>
        </w:rPr>
        <w:t>________________________________________________________________________________</w:t>
      </w:r>
    </w:p>
    <w:p w14:paraId="215B8831" w14:textId="77777777" w:rsidR="00AA24B8" w:rsidRDefault="004C3622">
      <w:r>
        <w:br w:type="page"/>
      </w:r>
    </w:p>
    <w:p w14:paraId="4F8479A5" w14:textId="77777777" w:rsidR="00AA24B8" w:rsidRDefault="004C3622">
      <w:pPr>
        <w:spacing w:after="40"/>
      </w:pPr>
      <w:r>
        <w:rPr>
          <w:b/>
          <w:color w:val="C47D68"/>
          <w:sz w:val="18"/>
        </w:rPr>
        <w:lastRenderedPageBreak/>
        <w:t>PAIRE 7 SUR 12</w:t>
      </w:r>
    </w:p>
    <w:p w14:paraId="283B9179" w14:textId="77777777" w:rsidR="00AA24B8" w:rsidRPr="00FE3847" w:rsidRDefault="004C3622">
      <w:pPr>
        <w:pStyle w:val="Titre1"/>
        <w:spacing w:after="80"/>
        <w:rPr>
          <w:color w:val="002060"/>
        </w:rPr>
      </w:pPr>
      <w:r w:rsidRPr="00FE3847">
        <w:rPr>
          <w:color w:val="002060"/>
        </w:rPr>
        <w:t>Prudence et Courage</w:t>
      </w:r>
    </w:p>
    <w:p w14:paraId="1048A354" w14:textId="77777777" w:rsidR="00AA24B8" w:rsidRDefault="004C3622">
      <w:pPr>
        <w:spacing w:after="180"/>
      </w:pPr>
      <w:r>
        <w:rPr>
          <w:i/>
          <w:color w:val="173B55"/>
          <w:sz w:val="22"/>
        </w:rPr>
        <w:t>Évaluer les risques sans laisser la peur décider à ma place.</w:t>
      </w:r>
    </w:p>
    <w:tbl>
      <w:tblPr>
        <w:tblW w:w="0" w:type="auto"/>
        <w:jc w:val="center"/>
        <w:tblLayout w:type="fixed"/>
        <w:tblLook w:val="04A0" w:firstRow="1" w:lastRow="0" w:firstColumn="1" w:lastColumn="0" w:noHBand="0" w:noVBand="1"/>
      </w:tblPr>
      <w:tblGrid>
        <w:gridCol w:w="4824"/>
        <w:gridCol w:w="4824"/>
      </w:tblGrid>
      <w:tr w:rsidR="00AA24B8" w14:paraId="2AD908C9"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4DAE9539" w14:textId="77777777" w:rsidR="00AA24B8" w:rsidRDefault="004C3622">
            <w:pPr>
              <w:jc w:val="center"/>
            </w:pPr>
            <w:r>
              <w:rPr>
                <w:b/>
                <w:color w:val="FFFFFF"/>
                <w:sz w:val="22"/>
              </w:rPr>
              <w:t>Prudence</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3D9F7F07" w14:textId="77777777" w:rsidR="00AA24B8" w:rsidRDefault="004C3622">
            <w:pPr>
              <w:jc w:val="center"/>
            </w:pPr>
            <w:r>
              <w:rPr>
                <w:b/>
                <w:color w:val="FFFFFF"/>
                <w:sz w:val="22"/>
              </w:rPr>
              <w:t>Courage</w:t>
            </w:r>
          </w:p>
        </w:tc>
      </w:tr>
      <w:tr w:rsidR="00AA24B8" w14:paraId="752278E4"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6332C74E" w14:textId="77777777" w:rsidR="00AA24B8" w:rsidRDefault="004C3622">
            <w:r>
              <w:rPr>
                <w:b/>
                <w:color w:val="173B55"/>
                <w:sz w:val="18"/>
              </w:rPr>
              <w:t>Expression juste</w:t>
            </w:r>
            <w:r>
              <w:rPr>
                <w:b/>
                <w:color w:val="173B55"/>
                <w:sz w:val="18"/>
              </w:rPr>
              <w:br/>
            </w:r>
            <w:r>
              <w:rPr>
                <w:sz w:val="19"/>
              </w:rPr>
              <w:t>Préparer, anticiper et éviter les dangers ou sacrifices inutiles.</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2E14F5B2" w14:textId="77777777" w:rsidR="00AA24B8" w:rsidRDefault="004C3622">
            <w:r>
              <w:rPr>
                <w:b/>
                <w:color w:val="173B55"/>
                <w:sz w:val="18"/>
              </w:rPr>
              <w:t>Expression juste</w:t>
            </w:r>
            <w:r>
              <w:rPr>
                <w:b/>
                <w:color w:val="173B55"/>
                <w:sz w:val="18"/>
              </w:rPr>
              <w:br/>
            </w:r>
            <w:r>
              <w:rPr>
                <w:sz w:val="19"/>
              </w:rPr>
              <w:t>Affronter une difficulté et agir malgré l'incertitude lorsque l'essentiel le demande.</w:t>
            </w:r>
          </w:p>
        </w:tc>
      </w:tr>
      <w:tr w:rsidR="00AA24B8" w14:paraId="51EB7173"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4684AAC1" w14:textId="77777777" w:rsidR="00AA24B8" w:rsidRDefault="004C3622">
            <w:r>
              <w:rPr>
                <w:b/>
                <w:color w:val="C47D68"/>
                <w:sz w:val="18"/>
              </w:rPr>
              <w:t>Déséquilibre possible</w:t>
            </w:r>
            <w:r>
              <w:rPr>
                <w:b/>
                <w:color w:val="C47D68"/>
                <w:sz w:val="18"/>
              </w:rPr>
              <w:br/>
            </w:r>
            <w:r>
              <w:rPr>
                <w:sz w:val="19"/>
              </w:rPr>
              <w:t>Me protéger de tout, renoncer avant d'essayer ou appeler prudence ce qui relève de la peur.</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6A97858D" w14:textId="77777777" w:rsidR="00AA24B8" w:rsidRDefault="004C3622">
            <w:r>
              <w:rPr>
                <w:b/>
                <w:color w:val="C47D68"/>
                <w:sz w:val="18"/>
              </w:rPr>
              <w:t>Déséquilibre possible</w:t>
            </w:r>
            <w:r>
              <w:rPr>
                <w:b/>
                <w:color w:val="C47D68"/>
                <w:sz w:val="18"/>
              </w:rPr>
              <w:br/>
            </w:r>
            <w:r>
              <w:rPr>
                <w:sz w:val="19"/>
              </w:rPr>
              <w:t>Prendre des risques inconsidérés, me mettre en danger ou rechercher l'épreuve pour elle-même.</w:t>
            </w:r>
          </w:p>
        </w:tc>
      </w:tr>
    </w:tbl>
    <w:p w14:paraId="506C32F3" w14:textId="77777777" w:rsidR="00AA24B8" w:rsidRDefault="004C3622">
      <w:pPr>
        <w:keepNext/>
        <w:spacing w:before="140" w:after="60"/>
      </w:pPr>
      <w:r>
        <w:rPr>
          <w:b/>
          <w:color w:val="C47D68"/>
          <w:sz w:val="18"/>
        </w:rPr>
        <w:t>MON AUTO OBSERVATION</w:t>
      </w:r>
    </w:p>
    <w:p w14:paraId="61EB7CE0" w14:textId="77777777" w:rsidR="00AA24B8" w:rsidRDefault="004C3622">
      <w:pPr>
        <w:spacing w:after="80"/>
      </w:pPr>
      <w:r>
        <w:rPr>
          <w:sz w:val="20"/>
        </w:rPr>
        <w:t xml:space="preserve">Aujourd'hui, je me reconnais davantage dans :  </w:t>
      </w:r>
      <w:r>
        <w:rPr>
          <w:b/>
          <w:color w:val="173B55"/>
          <w:sz w:val="20"/>
        </w:rPr>
        <w:t>□ Prudence     □ Courage     □ Un équilibre entre les deux</w:t>
      </w:r>
    </w:p>
    <w:p w14:paraId="22228D18" w14:textId="77777777" w:rsidR="00AA24B8" w:rsidRDefault="004C3622">
      <w:r>
        <w:rPr>
          <w:sz w:val="20"/>
        </w:rPr>
        <w:t>Intensité ressentie :   1    2    3    4    5    6    7    8    9    10</w:t>
      </w:r>
    </w:p>
    <w:p w14:paraId="228BA4E4" w14:textId="77777777" w:rsidR="00AA24B8" w:rsidRDefault="004C3622">
      <w:pPr>
        <w:keepNext/>
        <w:spacing w:before="140" w:after="60"/>
      </w:pPr>
      <w:r>
        <w:rPr>
          <w:b/>
          <w:color w:val="C47D68"/>
          <w:sz w:val="18"/>
        </w:rPr>
        <w:t>QUESTIONS POUR CHEMINER</w:t>
      </w:r>
    </w:p>
    <w:p w14:paraId="62418A21" w14:textId="77777777" w:rsidR="00AA24B8" w:rsidRDefault="004C3622">
      <w:pPr>
        <w:spacing w:after="60"/>
      </w:pPr>
      <w:r>
        <w:rPr>
          <w:b/>
          <w:color w:val="C47D68"/>
          <w:sz w:val="20"/>
        </w:rPr>
        <w:t xml:space="preserve">• </w:t>
      </w:r>
      <w:r>
        <w:rPr>
          <w:sz w:val="20"/>
        </w:rPr>
        <w:t>Que cherche à protéger ma prudence ?</w:t>
      </w:r>
    </w:p>
    <w:p w14:paraId="075D02E3" w14:textId="77777777" w:rsidR="00AA24B8" w:rsidRDefault="004C3622">
      <w:pPr>
        <w:spacing w:after="60"/>
      </w:pPr>
      <w:r>
        <w:rPr>
          <w:b/>
          <w:color w:val="C47D68"/>
          <w:sz w:val="20"/>
        </w:rPr>
        <w:t xml:space="preserve">• </w:t>
      </w:r>
      <w:r>
        <w:rPr>
          <w:sz w:val="20"/>
        </w:rPr>
        <w:t>Quelle peur m'empêche peut-être d'avancer ?</w:t>
      </w:r>
    </w:p>
    <w:p w14:paraId="16446B5A" w14:textId="77777777" w:rsidR="00AA24B8" w:rsidRDefault="004C3622">
      <w:pPr>
        <w:spacing w:after="60"/>
      </w:pPr>
      <w:r>
        <w:rPr>
          <w:b/>
          <w:color w:val="C47D68"/>
          <w:sz w:val="20"/>
        </w:rPr>
        <w:t xml:space="preserve">• </w:t>
      </w:r>
      <w:r>
        <w:rPr>
          <w:sz w:val="20"/>
        </w:rPr>
        <w:t>Quel serait ici un courage ajusté, ni fuite ni imprudence ?</w:t>
      </w:r>
    </w:p>
    <w:p w14:paraId="59D7079A" w14:textId="77777777" w:rsidR="00AA24B8" w:rsidRDefault="004C3622">
      <w:pPr>
        <w:spacing w:before="40" w:after="60"/>
      </w:pPr>
      <w:r>
        <w:rPr>
          <w:color w:val="B8B8B8"/>
          <w:sz w:val="18"/>
        </w:rPr>
        <w:t>________________________________________________________________________________</w:t>
      </w:r>
    </w:p>
    <w:p w14:paraId="294B89B8" w14:textId="77777777" w:rsidR="00AA24B8" w:rsidRDefault="004C3622">
      <w:pPr>
        <w:spacing w:before="40" w:after="60"/>
      </w:pPr>
      <w:r>
        <w:rPr>
          <w:color w:val="B8B8B8"/>
          <w:sz w:val="18"/>
        </w:rPr>
        <w:t>________________________________________________________________________________</w:t>
      </w:r>
    </w:p>
    <w:p w14:paraId="51EF2B77" w14:textId="77777777" w:rsidR="00AA24B8" w:rsidRDefault="004C3622">
      <w:pPr>
        <w:keepNext/>
        <w:spacing w:before="140" w:after="60"/>
      </w:pPr>
      <w:r>
        <w:rPr>
          <w:b/>
          <w:color w:val="C47D68"/>
          <w:sz w:val="18"/>
        </w:rPr>
        <w:t>UNE EXPÉRIMENTATION POSSIBLE</w:t>
      </w:r>
    </w:p>
    <w:p w14:paraId="5F6342FA" w14:textId="77777777" w:rsidR="00AA24B8" w:rsidRDefault="004C3622">
      <w:pPr>
        <w:spacing w:after="60" w:line="259" w:lineRule="auto"/>
      </w:pPr>
      <w:r>
        <w:t>Faire un pas suffisamment courageux pour avancer et suffisamment prudent pour respecter mes limites.</w:t>
      </w:r>
    </w:p>
    <w:p w14:paraId="7E0D6D59" w14:textId="77777777" w:rsidR="00AA24B8" w:rsidRDefault="004C3622">
      <w:pPr>
        <w:spacing w:after="60"/>
      </w:pPr>
      <w:r>
        <w:rPr>
          <w:b/>
          <w:color w:val="173B55"/>
          <w:sz w:val="20"/>
        </w:rPr>
        <w:t>Mon propre petit pas :</w:t>
      </w:r>
    </w:p>
    <w:p w14:paraId="6428EB30" w14:textId="77777777" w:rsidR="00AA24B8" w:rsidRDefault="004C3622">
      <w:pPr>
        <w:spacing w:before="40" w:after="60"/>
      </w:pPr>
      <w:r>
        <w:rPr>
          <w:color w:val="B8B8B8"/>
          <w:sz w:val="18"/>
        </w:rPr>
        <w:t>________________________________________________________________________________</w:t>
      </w:r>
    </w:p>
    <w:p w14:paraId="10D37405" w14:textId="77777777" w:rsidR="00AA24B8" w:rsidRDefault="004C3622">
      <w:r>
        <w:br w:type="page"/>
      </w:r>
    </w:p>
    <w:p w14:paraId="1B16A6A8" w14:textId="77777777" w:rsidR="00AA24B8" w:rsidRDefault="004C3622">
      <w:pPr>
        <w:spacing w:after="40"/>
      </w:pPr>
      <w:r>
        <w:rPr>
          <w:b/>
          <w:color w:val="C47D68"/>
          <w:sz w:val="18"/>
        </w:rPr>
        <w:lastRenderedPageBreak/>
        <w:t>PAIRE 8 SUR 12</w:t>
      </w:r>
    </w:p>
    <w:p w14:paraId="4F042F68" w14:textId="77777777" w:rsidR="00AA24B8" w:rsidRPr="00FE3847" w:rsidRDefault="004C3622">
      <w:pPr>
        <w:pStyle w:val="Titre1"/>
        <w:spacing w:after="80"/>
        <w:rPr>
          <w:color w:val="002060"/>
        </w:rPr>
      </w:pPr>
      <w:r w:rsidRPr="00FE3847">
        <w:rPr>
          <w:color w:val="002060"/>
        </w:rPr>
        <w:t>Ne rien posséder et Disposer de tout</w:t>
      </w:r>
    </w:p>
    <w:p w14:paraId="6E9B8158" w14:textId="77777777" w:rsidR="00AA24B8" w:rsidRDefault="004C3622">
      <w:pPr>
        <w:spacing w:after="180"/>
      </w:pPr>
      <w:r>
        <w:rPr>
          <w:i/>
          <w:color w:val="173B55"/>
          <w:sz w:val="22"/>
        </w:rPr>
        <w:t>Utiliser la matière et les ressources sans fonder mon identité sur elles.</w:t>
      </w:r>
    </w:p>
    <w:tbl>
      <w:tblPr>
        <w:tblW w:w="0" w:type="auto"/>
        <w:jc w:val="center"/>
        <w:tblLayout w:type="fixed"/>
        <w:tblLook w:val="04A0" w:firstRow="1" w:lastRow="0" w:firstColumn="1" w:lastColumn="0" w:noHBand="0" w:noVBand="1"/>
      </w:tblPr>
      <w:tblGrid>
        <w:gridCol w:w="4824"/>
        <w:gridCol w:w="4824"/>
      </w:tblGrid>
      <w:tr w:rsidR="00AA24B8" w14:paraId="62418D21"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5EBE01A1" w14:textId="77777777" w:rsidR="00AA24B8" w:rsidRDefault="004C3622">
            <w:pPr>
              <w:jc w:val="center"/>
            </w:pPr>
            <w:r>
              <w:rPr>
                <w:b/>
                <w:color w:val="FFFFFF"/>
                <w:sz w:val="22"/>
              </w:rPr>
              <w:t>Ne rien posséder</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3A5176A6" w14:textId="77777777" w:rsidR="00AA24B8" w:rsidRDefault="004C3622">
            <w:pPr>
              <w:jc w:val="center"/>
            </w:pPr>
            <w:r>
              <w:rPr>
                <w:b/>
                <w:color w:val="FFFFFF"/>
                <w:sz w:val="22"/>
              </w:rPr>
              <w:t>Disposer de tout</w:t>
            </w:r>
          </w:p>
        </w:tc>
      </w:tr>
      <w:tr w:rsidR="00AA24B8" w14:paraId="3DFF0E84"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07D00821" w14:textId="77777777" w:rsidR="00AA24B8" w:rsidRDefault="004C3622">
            <w:r>
              <w:rPr>
                <w:b/>
                <w:color w:val="173B55"/>
                <w:sz w:val="18"/>
              </w:rPr>
              <w:t>Expression juste</w:t>
            </w:r>
            <w:r>
              <w:rPr>
                <w:b/>
                <w:color w:val="173B55"/>
                <w:sz w:val="18"/>
              </w:rPr>
              <w:br/>
            </w:r>
            <w:r>
              <w:rPr>
                <w:sz w:val="19"/>
              </w:rPr>
              <w:t>Me rappeler que mes biens et moyens sont temporaires et peuvent servir, circuler ou être transmis.</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52D484FF" w14:textId="77777777" w:rsidR="00AA24B8" w:rsidRDefault="004C3622">
            <w:r>
              <w:rPr>
                <w:b/>
                <w:color w:val="173B55"/>
                <w:sz w:val="18"/>
              </w:rPr>
              <w:t>Expression juste</w:t>
            </w:r>
            <w:r>
              <w:rPr>
                <w:b/>
                <w:color w:val="173B55"/>
                <w:sz w:val="18"/>
              </w:rPr>
              <w:br/>
            </w:r>
            <w:r>
              <w:rPr>
                <w:sz w:val="19"/>
              </w:rPr>
              <w:t>Acquérir, organiser, préserver et employer les ressources nécessaires à ma mission.</w:t>
            </w:r>
          </w:p>
        </w:tc>
      </w:tr>
      <w:tr w:rsidR="00AA24B8" w14:paraId="6A279D3A"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7CDCBCA9" w14:textId="77777777" w:rsidR="00AA24B8" w:rsidRDefault="004C3622">
            <w:r>
              <w:rPr>
                <w:b/>
                <w:color w:val="C47D68"/>
                <w:sz w:val="18"/>
              </w:rPr>
              <w:t>Déséquilibre possible</w:t>
            </w:r>
            <w:r>
              <w:rPr>
                <w:b/>
                <w:color w:val="C47D68"/>
                <w:sz w:val="18"/>
              </w:rPr>
              <w:br/>
            </w:r>
            <w:r>
              <w:rPr>
                <w:sz w:val="19"/>
              </w:rPr>
              <w:t>Négliger mes besoins matériels, refuser la responsabilité ou attendre que les autres subviennent à mes besoins.</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3B3E9003" w14:textId="77777777" w:rsidR="00AA24B8" w:rsidRDefault="004C3622">
            <w:r>
              <w:rPr>
                <w:b/>
                <w:color w:val="C47D68"/>
                <w:sz w:val="18"/>
              </w:rPr>
              <w:t>Déséquilibre possible</w:t>
            </w:r>
            <w:r>
              <w:rPr>
                <w:b/>
                <w:color w:val="C47D68"/>
                <w:sz w:val="18"/>
              </w:rPr>
              <w:br/>
            </w:r>
            <w:r>
              <w:rPr>
                <w:sz w:val="19"/>
              </w:rPr>
              <w:t>Accumuler, retenir, contrôler ou chercher la sécurité uniquement dans la possession.</w:t>
            </w:r>
          </w:p>
        </w:tc>
      </w:tr>
    </w:tbl>
    <w:p w14:paraId="0CC7A79E" w14:textId="77777777" w:rsidR="00AA24B8" w:rsidRDefault="004C3622">
      <w:pPr>
        <w:keepNext/>
        <w:spacing w:before="140" w:after="60"/>
      </w:pPr>
      <w:r>
        <w:rPr>
          <w:b/>
          <w:color w:val="C47D68"/>
          <w:sz w:val="18"/>
        </w:rPr>
        <w:t>MON AUTO OBSERVATION</w:t>
      </w:r>
    </w:p>
    <w:p w14:paraId="6276214D" w14:textId="77777777" w:rsidR="00AA24B8" w:rsidRDefault="004C3622">
      <w:pPr>
        <w:spacing w:after="80"/>
      </w:pPr>
      <w:r>
        <w:rPr>
          <w:sz w:val="20"/>
        </w:rPr>
        <w:t xml:space="preserve">Aujourd'hui, je me reconnais davantage dans :  </w:t>
      </w:r>
      <w:r>
        <w:rPr>
          <w:b/>
          <w:color w:val="173B55"/>
          <w:sz w:val="20"/>
        </w:rPr>
        <w:t>□ Ne rien posséder     □ Disposer de tout     □ Un équilibre entre les deux</w:t>
      </w:r>
    </w:p>
    <w:p w14:paraId="68E87D0F" w14:textId="77777777" w:rsidR="00AA24B8" w:rsidRDefault="004C3622">
      <w:r>
        <w:rPr>
          <w:sz w:val="20"/>
        </w:rPr>
        <w:t>Intensité ressentie :   1    2    3    4    5    6    7    8    9    10</w:t>
      </w:r>
    </w:p>
    <w:p w14:paraId="3A128C7B" w14:textId="77777777" w:rsidR="00AA24B8" w:rsidRDefault="004C3622">
      <w:pPr>
        <w:keepNext/>
        <w:spacing w:before="140" w:after="60"/>
      </w:pPr>
      <w:r>
        <w:rPr>
          <w:b/>
          <w:color w:val="C47D68"/>
          <w:sz w:val="18"/>
        </w:rPr>
        <w:t>QUESTIONS POUR CHEMINER</w:t>
      </w:r>
    </w:p>
    <w:p w14:paraId="74A410F7" w14:textId="77777777" w:rsidR="00AA24B8" w:rsidRDefault="004C3622">
      <w:pPr>
        <w:spacing w:after="60"/>
      </w:pPr>
      <w:r>
        <w:rPr>
          <w:b/>
          <w:color w:val="C47D68"/>
          <w:sz w:val="20"/>
        </w:rPr>
        <w:t xml:space="preserve">• </w:t>
      </w:r>
      <w:r>
        <w:rPr>
          <w:sz w:val="20"/>
        </w:rPr>
        <w:t>Qu'est-ce que je crains de perdre ?</w:t>
      </w:r>
    </w:p>
    <w:p w14:paraId="552BBC1B" w14:textId="77777777" w:rsidR="00AA24B8" w:rsidRDefault="004C3622">
      <w:pPr>
        <w:spacing w:after="60"/>
      </w:pPr>
      <w:r>
        <w:rPr>
          <w:b/>
          <w:color w:val="C47D68"/>
          <w:sz w:val="20"/>
        </w:rPr>
        <w:t xml:space="preserve">• </w:t>
      </w:r>
      <w:r>
        <w:rPr>
          <w:sz w:val="20"/>
        </w:rPr>
        <w:t>Quelle place les ressources matérielles occupent-elles dans ma sécurité intérieure ?</w:t>
      </w:r>
    </w:p>
    <w:p w14:paraId="09DC32B3" w14:textId="77777777" w:rsidR="00AA24B8" w:rsidRDefault="004C3622">
      <w:pPr>
        <w:spacing w:after="60"/>
      </w:pPr>
      <w:r>
        <w:rPr>
          <w:b/>
          <w:color w:val="C47D68"/>
          <w:sz w:val="20"/>
        </w:rPr>
        <w:t xml:space="preserve">• </w:t>
      </w:r>
      <w:r>
        <w:rPr>
          <w:sz w:val="20"/>
        </w:rPr>
        <w:t>Comment puis-je mieux utiliser ce dont je dispose ?</w:t>
      </w:r>
    </w:p>
    <w:p w14:paraId="5F91BD2A" w14:textId="77777777" w:rsidR="00AA24B8" w:rsidRDefault="004C3622">
      <w:pPr>
        <w:spacing w:before="40" w:after="60"/>
      </w:pPr>
      <w:r>
        <w:rPr>
          <w:color w:val="B8B8B8"/>
          <w:sz w:val="18"/>
        </w:rPr>
        <w:t>________________________________________________________________________________</w:t>
      </w:r>
    </w:p>
    <w:p w14:paraId="7512E0AD" w14:textId="77777777" w:rsidR="00AA24B8" w:rsidRDefault="004C3622">
      <w:pPr>
        <w:spacing w:before="40" w:after="60"/>
      </w:pPr>
      <w:r>
        <w:rPr>
          <w:color w:val="B8B8B8"/>
          <w:sz w:val="18"/>
        </w:rPr>
        <w:t>________________________________________________________________________________</w:t>
      </w:r>
    </w:p>
    <w:p w14:paraId="704246AE" w14:textId="77777777" w:rsidR="00AA24B8" w:rsidRDefault="004C3622">
      <w:pPr>
        <w:keepNext/>
        <w:spacing w:before="140" w:after="60"/>
      </w:pPr>
      <w:r>
        <w:rPr>
          <w:b/>
          <w:color w:val="C47D68"/>
          <w:sz w:val="18"/>
        </w:rPr>
        <w:t>UNE EXPÉRIMENTATION POSSIBLE</w:t>
      </w:r>
    </w:p>
    <w:p w14:paraId="399E688A" w14:textId="77777777" w:rsidR="00AA24B8" w:rsidRDefault="004C3622">
      <w:pPr>
        <w:spacing w:after="60" w:line="259" w:lineRule="auto"/>
      </w:pPr>
      <w:r>
        <w:t>Choisir une ressource à mieux gérer et une chose à donner, transmettre ou laisser circuler.</w:t>
      </w:r>
    </w:p>
    <w:p w14:paraId="0D1D3C32" w14:textId="77777777" w:rsidR="00AA24B8" w:rsidRDefault="004C3622">
      <w:pPr>
        <w:spacing w:after="60"/>
      </w:pPr>
      <w:r>
        <w:rPr>
          <w:b/>
          <w:color w:val="173B55"/>
          <w:sz w:val="20"/>
        </w:rPr>
        <w:t>Mon propre petit pas :</w:t>
      </w:r>
    </w:p>
    <w:p w14:paraId="359AF746" w14:textId="77777777" w:rsidR="00AA24B8" w:rsidRDefault="004C3622">
      <w:pPr>
        <w:spacing w:before="40" w:after="60"/>
      </w:pPr>
      <w:r>
        <w:rPr>
          <w:color w:val="B8B8B8"/>
          <w:sz w:val="18"/>
        </w:rPr>
        <w:t>________________________________________________________________________________</w:t>
      </w:r>
    </w:p>
    <w:p w14:paraId="150CF93F" w14:textId="77777777" w:rsidR="00AA24B8" w:rsidRDefault="004C3622">
      <w:r>
        <w:br w:type="page"/>
      </w:r>
    </w:p>
    <w:p w14:paraId="2DC29DEF" w14:textId="77777777" w:rsidR="00AA24B8" w:rsidRDefault="004C3622">
      <w:pPr>
        <w:spacing w:after="40"/>
      </w:pPr>
      <w:r>
        <w:rPr>
          <w:b/>
          <w:color w:val="C47D68"/>
          <w:sz w:val="18"/>
        </w:rPr>
        <w:lastRenderedPageBreak/>
        <w:t>PAIRE 9 SUR 12</w:t>
      </w:r>
    </w:p>
    <w:p w14:paraId="1E31AE92" w14:textId="77777777" w:rsidR="00AA24B8" w:rsidRPr="00FE3847" w:rsidRDefault="004C3622">
      <w:pPr>
        <w:pStyle w:val="Titre1"/>
        <w:spacing w:after="80"/>
        <w:rPr>
          <w:color w:val="002060"/>
        </w:rPr>
      </w:pPr>
      <w:r w:rsidRPr="00FE3847">
        <w:rPr>
          <w:color w:val="002060"/>
        </w:rPr>
        <w:t>N'être attaché à rien et Fidélité et loyauté</w:t>
      </w:r>
    </w:p>
    <w:p w14:paraId="7302DB39" w14:textId="77777777" w:rsidR="00AA24B8" w:rsidRDefault="004C3622">
      <w:pPr>
        <w:spacing w:after="180"/>
      </w:pPr>
      <w:r>
        <w:rPr>
          <w:i/>
          <w:color w:val="173B55"/>
          <w:sz w:val="22"/>
        </w:rPr>
        <w:t>Aimer sans retenir et m'engager sans perdre ma liberté intérieure.</w:t>
      </w:r>
    </w:p>
    <w:tbl>
      <w:tblPr>
        <w:tblW w:w="0" w:type="auto"/>
        <w:jc w:val="center"/>
        <w:tblLayout w:type="fixed"/>
        <w:tblLook w:val="04A0" w:firstRow="1" w:lastRow="0" w:firstColumn="1" w:lastColumn="0" w:noHBand="0" w:noVBand="1"/>
      </w:tblPr>
      <w:tblGrid>
        <w:gridCol w:w="4824"/>
        <w:gridCol w:w="4824"/>
      </w:tblGrid>
      <w:tr w:rsidR="00AA24B8" w14:paraId="3DBB0D44"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4FA0FEC9" w14:textId="77777777" w:rsidR="00AA24B8" w:rsidRDefault="004C3622">
            <w:pPr>
              <w:jc w:val="center"/>
            </w:pPr>
            <w:r>
              <w:rPr>
                <w:b/>
                <w:color w:val="FFFFFF"/>
                <w:sz w:val="22"/>
              </w:rPr>
              <w:t>N'être attaché à rien</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6E5B4034" w14:textId="77777777" w:rsidR="00AA24B8" w:rsidRDefault="004C3622">
            <w:pPr>
              <w:jc w:val="center"/>
            </w:pPr>
            <w:r>
              <w:rPr>
                <w:b/>
                <w:color w:val="FFFFFF"/>
                <w:sz w:val="22"/>
              </w:rPr>
              <w:t>Fidélité et loyauté</w:t>
            </w:r>
          </w:p>
        </w:tc>
      </w:tr>
      <w:tr w:rsidR="00AA24B8" w14:paraId="4FEC48F3"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4BF8C5A4" w14:textId="77777777" w:rsidR="00AA24B8" w:rsidRDefault="004C3622">
            <w:r>
              <w:rPr>
                <w:b/>
                <w:color w:val="173B55"/>
                <w:sz w:val="18"/>
              </w:rPr>
              <w:t>Expression juste</w:t>
            </w:r>
            <w:r>
              <w:rPr>
                <w:b/>
                <w:color w:val="173B55"/>
                <w:sz w:val="18"/>
              </w:rPr>
              <w:br/>
            </w:r>
            <w:r>
              <w:rPr>
                <w:sz w:val="19"/>
              </w:rPr>
              <w:t>Laisser évoluer ou partir une personne, une situation ou une représentation lorsque le temps est venu.</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21C2F98D" w14:textId="77777777" w:rsidR="00AA24B8" w:rsidRDefault="004C3622">
            <w:r>
              <w:rPr>
                <w:b/>
                <w:color w:val="173B55"/>
                <w:sz w:val="18"/>
              </w:rPr>
              <w:t>Expression juste</w:t>
            </w:r>
            <w:r>
              <w:rPr>
                <w:b/>
                <w:color w:val="173B55"/>
                <w:sz w:val="18"/>
              </w:rPr>
              <w:br/>
            </w:r>
            <w:r>
              <w:rPr>
                <w:sz w:val="19"/>
              </w:rPr>
              <w:t>Honorer mes liens, mes engagements et les valeurs que je reconnais comme essentielles.</w:t>
            </w:r>
          </w:p>
        </w:tc>
      </w:tr>
      <w:tr w:rsidR="00AA24B8" w14:paraId="00EC6213"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36B76AFE" w14:textId="77777777" w:rsidR="00AA24B8" w:rsidRDefault="004C3622">
            <w:r>
              <w:rPr>
                <w:b/>
                <w:color w:val="C47D68"/>
                <w:sz w:val="18"/>
              </w:rPr>
              <w:t>Déséquilibre possible</w:t>
            </w:r>
            <w:r>
              <w:rPr>
                <w:b/>
                <w:color w:val="C47D68"/>
                <w:sz w:val="18"/>
              </w:rPr>
              <w:br/>
            </w:r>
            <w:r>
              <w:rPr>
                <w:sz w:val="19"/>
              </w:rPr>
              <w:t>Me couper de mes émotions, éviter l'engagement ou confondre liberté et indifférence.</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35906E83" w14:textId="77777777" w:rsidR="00AA24B8" w:rsidRDefault="004C3622">
            <w:r>
              <w:rPr>
                <w:b/>
                <w:color w:val="C47D68"/>
                <w:sz w:val="18"/>
              </w:rPr>
              <w:t>Déséquilibre possible</w:t>
            </w:r>
            <w:r>
              <w:rPr>
                <w:b/>
                <w:color w:val="C47D68"/>
                <w:sz w:val="18"/>
              </w:rPr>
              <w:br/>
            </w:r>
            <w:r>
              <w:rPr>
                <w:sz w:val="19"/>
              </w:rPr>
              <w:t>Rester par dépendance, idéaliser une personne ou trahir ma vérité au nom de la fidélité.</w:t>
            </w:r>
          </w:p>
        </w:tc>
      </w:tr>
    </w:tbl>
    <w:p w14:paraId="077B1526" w14:textId="77777777" w:rsidR="00AA24B8" w:rsidRDefault="004C3622">
      <w:pPr>
        <w:keepNext/>
        <w:spacing w:before="140" w:after="60"/>
      </w:pPr>
      <w:r>
        <w:rPr>
          <w:b/>
          <w:color w:val="C47D68"/>
          <w:sz w:val="18"/>
        </w:rPr>
        <w:t>MON AUTO OBSERVATION</w:t>
      </w:r>
    </w:p>
    <w:p w14:paraId="17E706A9" w14:textId="77777777" w:rsidR="00AA24B8" w:rsidRDefault="004C3622">
      <w:pPr>
        <w:spacing w:after="80"/>
      </w:pPr>
      <w:r>
        <w:rPr>
          <w:sz w:val="20"/>
        </w:rPr>
        <w:t xml:space="preserve">Aujourd'hui, je me reconnais davantage dans :  </w:t>
      </w:r>
      <w:r>
        <w:rPr>
          <w:b/>
          <w:color w:val="173B55"/>
          <w:sz w:val="20"/>
        </w:rPr>
        <w:t>□ N'être attaché à rien     □ Fidélité et loyauté     □ Un équilibre entre les deux</w:t>
      </w:r>
    </w:p>
    <w:p w14:paraId="14F734B0" w14:textId="77777777" w:rsidR="00AA24B8" w:rsidRDefault="004C3622">
      <w:r>
        <w:rPr>
          <w:sz w:val="20"/>
        </w:rPr>
        <w:t>Intensité ressentie :   1    2    3    4    5    6    7    8    9    10</w:t>
      </w:r>
    </w:p>
    <w:p w14:paraId="6AACF101" w14:textId="77777777" w:rsidR="00AA24B8" w:rsidRDefault="004C3622">
      <w:pPr>
        <w:keepNext/>
        <w:spacing w:before="140" w:after="60"/>
      </w:pPr>
      <w:r>
        <w:rPr>
          <w:b/>
          <w:color w:val="C47D68"/>
          <w:sz w:val="18"/>
        </w:rPr>
        <w:t>QUESTIONS POUR CHEMINER</w:t>
      </w:r>
    </w:p>
    <w:p w14:paraId="07A6AA3E" w14:textId="77777777" w:rsidR="00AA24B8" w:rsidRDefault="004C3622">
      <w:pPr>
        <w:spacing w:after="60"/>
      </w:pPr>
      <w:r>
        <w:rPr>
          <w:b/>
          <w:color w:val="C47D68"/>
          <w:sz w:val="20"/>
        </w:rPr>
        <w:t xml:space="preserve">• </w:t>
      </w:r>
      <w:r>
        <w:rPr>
          <w:sz w:val="20"/>
        </w:rPr>
        <w:t>À quoi ou à qui suis-je attaché ou attachée par peur de perdre ?</w:t>
      </w:r>
    </w:p>
    <w:p w14:paraId="1FDDB37D" w14:textId="77777777" w:rsidR="00AA24B8" w:rsidRDefault="004C3622">
      <w:pPr>
        <w:spacing w:after="60"/>
      </w:pPr>
      <w:r>
        <w:rPr>
          <w:b/>
          <w:color w:val="C47D68"/>
          <w:sz w:val="20"/>
        </w:rPr>
        <w:t xml:space="preserve">• </w:t>
      </w:r>
      <w:r>
        <w:rPr>
          <w:sz w:val="20"/>
        </w:rPr>
        <w:t>À quoi ai-je profondément envie de rester fidèle ?</w:t>
      </w:r>
    </w:p>
    <w:p w14:paraId="173B8746" w14:textId="77777777" w:rsidR="00AA24B8" w:rsidRDefault="004C3622">
      <w:pPr>
        <w:spacing w:after="60"/>
      </w:pPr>
      <w:r>
        <w:rPr>
          <w:b/>
          <w:color w:val="C47D68"/>
          <w:sz w:val="20"/>
        </w:rPr>
        <w:t xml:space="preserve">• </w:t>
      </w:r>
      <w:r>
        <w:rPr>
          <w:sz w:val="20"/>
        </w:rPr>
        <w:t>Comment aimer et m'engager sans posséder ni me renier ?</w:t>
      </w:r>
    </w:p>
    <w:p w14:paraId="61C13922" w14:textId="77777777" w:rsidR="00AA24B8" w:rsidRDefault="004C3622">
      <w:pPr>
        <w:spacing w:before="40" w:after="60"/>
      </w:pPr>
      <w:r>
        <w:rPr>
          <w:color w:val="B8B8B8"/>
          <w:sz w:val="18"/>
        </w:rPr>
        <w:t>________________________________________________________________________________</w:t>
      </w:r>
    </w:p>
    <w:p w14:paraId="4CB9A9BD" w14:textId="77777777" w:rsidR="00AA24B8" w:rsidRDefault="004C3622">
      <w:pPr>
        <w:spacing w:before="40" w:after="60"/>
      </w:pPr>
      <w:r>
        <w:rPr>
          <w:color w:val="B8B8B8"/>
          <w:sz w:val="18"/>
        </w:rPr>
        <w:t>________________________________________________________________________________</w:t>
      </w:r>
    </w:p>
    <w:p w14:paraId="09B19014" w14:textId="77777777" w:rsidR="00AA24B8" w:rsidRDefault="004C3622">
      <w:pPr>
        <w:keepNext/>
        <w:spacing w:before="140" w:after="60"/>
      </w:pPr>
      <w:r>
        <w:rPr>
          <w:b/>
          <w:color w:val="C47D68"/>
          <w:sz w:val="18"/>
        </w:rPr>
        <w:t>UNE EXPÉRIMENTATION POSSIBLE</w:t>
      </w:r>
    </w:p>
    <w:p w14:paraId="7BF10FA0" w14:textId="77777777" w:rsidR="00AA24B8" w:rsidRDefault="004C3622">
      <w:pPr>
        <w:spacing w:after="60" w:line="259" w:lineRule="auto"/>
      </w:pPr>
      <w:r>
        <w:t>Identifier un lien dans lequel je peux conjuguer davantage liberté, présence et fidélité.</w:t>
      </w:r>
    </w:p>
    <w:p w14:paraId="69F16E73" w14:textId="77777777" w:rsidR="00AA24B8" w:rsidRDefault="004C3622">
      <w:pPr>
        <w:spacing w:after="60"/>
      </w:pPr>
      <w:r>
        <w:rPr>
          <w:b/>
          <w:color w:val="173B55"/>
          <w:sz w:val="20"/>
        </w:rPr>
        <w:t>Mon propre petit pas :</w:t>
      </w:r>
    </w:p>
    <w:p w14:paraId="6E271F65" w14:textId="77777777" w:rsidR="00AA24B8" w:rsidRDefault="004C3622">
      <w:pPr>
        <w:spacing w:before="40" w:after="60"/>
      </w:pPr>
      <w:r>
        <w:rPr>
          <w:color w:val="B8B8B8"/>
          <w:sz w:val="18"/>
        </w:rPr>
        <w:t>________________________________________________________________________________</w:t>
      </w:r>
    </w:p>
    <w:p w14:paraId="6DEC5BED" w14:textId="77777777" w:rsidR="00AA24B8" w:rsidRDefault="004C3622">
      <w:r>
        <w:br w:type="page"/>
      </w:r>
    </w:p>
    <w:p w14:paraId="1F8F8537" w14:textId="77777777" w:rsidR="00AA24B8" w:rsidRDefault="004C3622">
      <w:pPr>
        <w:spacing w:after="40"/>
      </w:pPr>
      <w:r>
        <w:rPr>
          <w:b/>
          <w:color w:val="C47D68"/>
          <w:sz w:val="18"/>
        </w:rPr>
        <w:lastRenderedPageBreak/>
        <w:t>PAIRE 10 SUR 12</w:t>
      </w:r>
    </w:p>
    <w:p w14:paraId="5FF65B08" w14:textId="77777777" w:rsidR="00AA24B8" w:rsidRPr="00FE3847" w:rsidRDefault="004C3622">
      <w:pPr>
        <w:pStyle w:val="Titre1"/>
        <w:spacing w:after="80"/>
        <w:rPr>
          <w:color w:val="002060"/>
        </w:rPr>
      </w:pPr>
      <w:r w:rsidRPr="00FE3847">
        <w:rPr>
          <w:color w:val="002060"/>
        </w:rPr>
        <w:t>Se faire remarquer et Passer inaperçu</w:t>
      </w:r>
    </w:p>
    <w:p w14:paraId="090F29C3" w14:textId="77777777" w:rsidR="00AA24B8" w:rsidRDefault="004C3622">
      <w:pPr>
        <w:spacing w:after="180"/>
      </w:pPr>
      <w:r>
        <w:rPr>
          <w:i/>
          <w:color w:val="173B55"/>
          <w:sz w:val="22"/>
        </w:rPr>
        <w:t>Oser être visible et savoir servir sans rechercher la lumière.</w:t>
      </w:r>
    </w:p>
    <w:tbl>
      <w:tblPr>
        <w:tblW w:w="0" w:type="auto"/>
        <w:jc w:val="center"/>
        <w:tblLayout w:type="fixed"/>
        <w:tblLook w:val="04A0" w:firstRow="1" w:lastRow="0" w:firstColumn="1" w:lastColumn="0" w:noHBand="0" w:noVBand="1"/>
      </w:tblPr>
      <w:tblGrid>
        <w:gridCol w:w="4824"/>
        <w:gridCol w:w="4824"/>
      </w:tblGrid>
      <w:tr w:rsidR="00AA24B8" w14:paraId="0C519440"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25C1C7E0" w14:textId="77777777" w:rsidR="00AA24B8" w:rsidRDefault="004C3622">
            <w:pPr>
              <w:jc w:val="center"/>
            </w:pPr>
            <w:r>
              <w:rPr>
                <w:b/>
                <w:color w:val="FFFFFF"/>
                <w:sz w:val="22"/>
              </w:rPr>
              <w:t>Se faire remarquer</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161DB265" w14:textId="77777777" w:rsidR="00AA24B8" w:rsidRDefault="004C3622">
            <w:pPr>
              <w:jc w:val="center"/>
            </w:pPr>
            <w:r>
              <w:rPr>
                <w:b/>
                <w:color w:val="FFFFFF"/>
                <w:sz w:val="22"/>
              </w:rPr>
              <w:t>Passer inaperçu</w:t>
            </w:r>
          </w:p>
        </w:tc>
      </w:tr>
      <w:tr w:rsidR="00AA24B8" w14:paraId="5B3B4AC8"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30B120A3" w14:textId="77777777" w:rsidR="00AA24B8" w:rsidRDefault="004C3622">
            <w:r>
              <w:rPr>
                <w:b/>
                <w:color w:val="173B55"/>
                <w:sz w:val="18"/>
              </w:rPr>
              <w:t>Expression juste</w:t>
            </w:r>
            <w:r>
              <w:rPr>
                <w:b/>
                <w:color w:val="173B55"/>
                <w:sz w:val="18"/>
              </w:rPr>
              <w:br/>
            </w:r>
            <w:r>
              <w:rPr>
                <w:sz w:val="19"/>
              </w:rPr>
              <w:t>Prendre ma place, montrer mes talents, transmettre et assumer ma présence.</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163DC856" w14:textId="77777777" w:rsidR="00AA24B8" w:rsidRDefault="004C3622">
            <w:r>
              <w:rPr>
                <w:b/>
                <w:color w:val="173B55"/>
                <w:sz w:val="18"/>
              </w:rPr>
              <w:t>Expression juste</w:t>
            </w:r>
            <w:r>
              <w:rPr>
                <w:b/>
                <w:color w:val="173B55"/>
                <w:sz w:val="18"/>
              </w:rPr>
              <w:br/>
            </w:r>
            <w:r>
              <w:rPr>
                <w:sz w:val="19"/>
              </w:rPr>
              <w:t>Rester en retrait lorsque cela sert la situation et agir sans avoir besoin d'être reconnu ou reconnue.</w:t>
            </w:r>
          </w:p>
        </w:tc>
      </w:tr>
      <w:tr w:rsidR="00AA24B8" w14:paraId="4BFBA5D7"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0CB0B5B3" w14:textId="77777777" w:rsidR="00AA24B8" w:rsidRDefault="004C3622">
            <w:r>
              <w:rPr>
                <w:b/>
                <w:color w:val="C47D68"/>
                <w:sz w:val="18"/>
              </w:rPr>
              <w:t>Déséquilibre possible</w:t>
            </w:r>
            <w:r>
              <w:rPr>
                <w:b/>
                <w:color w:val="C47D68"/>
                <w:sz w:val="18"/>
              </w:rPr>
              <w:br/>
            </w:r>
            <w:r>
              <w:rPr>
                <w:sz w:val="19"/>
              </w:rPr>
              <w:t>Chercher l'admiration, me mettre en scène ou mesurer ma valeur au regard reçu.</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72373BBD" w14:textId="77777777" w:rsidR="00AA24B8" w:rsidRDefault="004C3622">
            <w:r>
              <w:rPr>
                <w:b/>
                <w:color w:val="C47D68"/>
                <w:sz w:val="18"/>
              </w:rPr>
              <w:t>Déséquilibre possible</w:t>
            </w:r>
            <w:r>
              <w:rPr>
                <w:b/>
                <w:color w:val="C47D68"/>
                <w:sz w:val="18"/>
              </w:rPr>
              <w:br/>
            </w:r>
            <w:r>
              <w:rPr>
                <w:sz w:val="19"/>
              </w:rPr>
              <w:t>Me cacher, minimiser mes capacités, me dévaloriser ou craindre d'être vu ou vue.</w:t>
            </w:r>
          </w:p>
        </w:tc>
      </w:tr>
    </w:tbl>
    <w:p w14:paraId="1015FD67" w14:textId="77777777" w:rsidR="00AA24B8" w:rsidRDefault="004C3622">
      <w:pPr>
        <w:keepNext/>
        <w:spacing w:before="140" w:after="60"/>
      </w:pPr>
      <w:r>
        <w:rPr>
          <w:b/>
          <w:color w:val="C47D68"/>
          <w:sz w:val="18"/>
        </w:rPr>
        <w:t>MON AUTO OBSERVATION</w:t>
      </w:r>
    </w:p>
    <w:p w14:paraId="36A71928" w14:textId="77777777" w:rsidR="00AA24B8" w:rsidRDefault="004C3622">
      <w:pPr>
        <w:spacing w:after="80"/>
      </w:pPr>
      <w:r>
        <w:rPr>
          <w:sz w:val="20"/>
        </w:rPr>
        <w:t xml:space="preserve">Aujourd'hui, je me reconnais davantage dans :  </w:t>
      </w:r>
      <w:r>
        <w:rPr>
          <w:b/>
          <w:color w:val="173B55"/>
          <w:sz w:val="20"/>
        </w:rPr>
        <w:t>□ Se faire remarquer     □ Passer inaperçu     □ Un équilibre entre les deux</w:t>
      </w:r>
    </w:p>
    <w:p w14:paraId="437CEAF9" w14:textId="77777777" w:rsidR="00AA24B8" w:rsidRDefault="004C3622">
      <w:r>
        <w:rPr>
          <w:sz w:val="20"/>
        </w:rPr>
        <w:t>Intensité ressentie :   1    2    3    4    5    6    7    8    9    10</w:t>
      </w:r>
    </w:p>
    <w:p w14:paraId="2A4F2B53" w14:textId="77777777" w:rsidR="00AA24B8" w:rsidRDefault="004C3622">
      <w:pPr>
        <w:keepNext/>
        <w:spacing w:before="140" w:after="60"/>
      </w:pPr>
      <w:r>
        <w:rPr>
          <w:b/>
          <w:color w:val="C47D68"/>
          <w:sz w:val="18"/>
        </w:rPr>
        <w:t>QUESTIONS POUR CHEMINER</w:t>
      </w:r>
    </w:p>
    <w:p w14:paraId="3A3DD2F7" w14:textId="77777777" w:rsidR="00AA24B8" w:rsidRDefault="004C3622">
      <w:pPr>
        <w:spacing w:after="60"/>
      </w:pPr>
      <w:r>
        <w:rPr>
          <w:b/>
          <w:color w:val="C47D68"/>
          <w:sz w:val="20"/>
        </w:rPr>
        <w:t xml:space="preserve">• </w:t>
      </w:r>
      <w:r>
        <w:rPr>
          <w:sz w:val="20"/>
        </w:rPr>
        <w:t>Dans quelles situations est-ce que je me cache ?</w:t>
      </w:r>
    </w:p>
    <w:p w14:paraId="70D30FF7" w14:textId="77777777" w:rsidR="00AA24B8" w:rsidRDefault="004C3622">
      <w:pPr>
        <w:spacing w:after="60"/>
      </w:pPr>
      <w:r>
        <w:rPr>
          <w:b/>
          <w:color w:val="C47D68"/>
          <w:sz w:val="20"/>
        </w:rPr>
        <w:t xml:space="preserve">• </w:t>
      </w:r>
      <w:r>
        <w:rPr>
          <w:sz w:val="20"/>
        </w:rPr>
        <w:t>Quand est-ce que je recherche trop fortement la reconnaissance ?</w:t>
      </w:r>
    </w:p>
    <w:p w14:paraId="6C186672" w14:textId="77777777" w:rsidR="00AA24B8" w:rsidRDefault="004C3622">
      <w:pPr>
        <w:spacing w:after="60"/>
      </w:pPr>
      <w:r>
        <w:rPr>
          <w:b/>
          <w:color w:val="C47D68"/>
          <w:sz w:val="20"/>
        </w:rPr>
        <w:t xml:space="preserve">• </w:t>
      </w:r>
      <w:r>
        <w:rPr>
          <w:sz w:val="20"/>
        </w:rPr>
        <w:t>Quelle visibilité serait juste et utile aujourd'hui ?</w:t>
      </w:r>
    </w:p>
    <w:p w14:paraId="7F1F1D05" w14:textId="77777777" w:rsidR="00AA24B8" w:rsidRDefault="004C3622">
      <w:pPr>
        <w:spacing w:before="40" w:after="60"/>
      </w:pPr>
      <w:r>
        <w:rPr>
          <w:color w:val="B8B8B8"/>
          <w:sz w:val="18"/>
        </w:rPr>
        <w:t>________________________________________________________________________________</w:t>
      </w:r>
    </w:p>
    <w:p w14:paraId="67A94186" w14:textId="77777777" w:rsidR="00AA24B8" w:rsidRDefault="004C3622">
      <w:pPr>
        <w:spacing w:before="40" w:after="60"/>
      </w:pPr>
      <w:r>
        <w:rPr>
          <w:color w:val="B8B8B8"/>
          <w:sz w:val="18"/>
        </w:rPr>
        <w:t>________________________________________________________________________________</w:t>
      </w:r>
    </w:p>
    <w:p w14:paraId="6343A37E" w14:textId="77777777" w:rsidR="00AA24B8" w:rsidRDefault="004C3622">
      <w:pPr>
        <w:keepNext/>
        <w:spacing w:before="140" w:after="60"/>
      </w:pPr>
      <w:r>
        <w:rPr>
          <w:b/>
          <w:color w:val="C47D68"/>
          <w:sz w:val="18"/>
        </w:rPr>
        <w:t>UNE EXPÉRIMENTATION POSSIBLE</w:t>
      </w:r>
    </w:p>
    <w:p w14:paraId="34E4159B" w14:textId="77777777" w:rsidR="00AA24B8" w:rsidRDefault="004C3622">
      <w:pPr>
        <w:spacing w:after="60" w:line="259" w:lineRule="auto"/>
      </w:pPr>
      <w:r>
        <w:t>Choisir une occasion de rendre visible une contribution, puis une occasion de contribuer sans attendre de reconnaissance.</w:t>
      </w:r>
    </w:p>
    <w:p w14:paraId="2D1DA650" w14:textId="77777777" w:rsidR="00AA24B8" w:rsidRDefault="004C3622">
      <w:pPr>
        <w:spacing w:after="60"/>
      </w:pPr>
      <w:r>
        <w:rPr>
          <w:b/>
          <w:color w:val="173B55"/>
          <w:sz w:val="20"/>
        </w:rPr>
        <w:t>Mon propre petit pas :</w:t>
      </w:r>
    </w:p>
    <w:p w14:paraId="65821E15" w14:textId="77777777" w:rsidR="00AA24B8" w:rsidRDefault="004C3622">
      <w:pPr>
        <w:spacing w:before="40" w:after="60"/>
      </w:pPr>
      <w:r>
        <w:rPr>
          <w:color w:val="B8B8B8"/>
          <w:sz w:val="18"/>
        </w:rPr>
        <w:t>________________________________________________________________________________</w:t>
      </w:r>
    </w:p>
    <w:p w14:paraId="4BC8EF5C" w14:textId="77777777" w:rsidR="00AA24B8" w:rsidRDefault="004C3622">
      <w:r>
        <w:br w:type="page"/>
      </w:r>
    </w:p>
    <w:p w14:paraId="76936D31" w14:textId="77777777" w:rsidR="00AA24B8" w:rsidRDefault="004C3622">
      <w:pPr>
        <w:spacing w:after="40"/>
      </w:pPr>
      <w:r>
        <w:rPr>
          <w:b/>
          <w:color w:val="C47D68"/>
          <w:sz w:val="18"/>
        </w:rPr>
        <w:lastRenderedPageBreak/>
        <w:t>PAIRE 11 SUR 12</w:t>
      </w:r>
    </w:p>
    <w:p w14:paraId="10D0E9AA" w14:textId="77777777" w:rsidR="00AA24B8" w:rsidRPr="00FE3847" w:rsidRDefault="004C3622">
      <w:pPr>
        <w:pStyle w:val="Titre1"/>
        <w:spacing w:after="80"/>
        <w:rPr>
          <w:color w:val="002060"/>
        </w:rPr>
      </w:pPr>
      <w:r w:rsidRPr="00FE3847">
        <w:rPr>
          <w:color w:val="002060"/>
        </w:rPr>
        <w:t>Mépris de la mort et Respect de la vie</w:t>
      </w:r>
    </w:p>
    <w:p w14:paraId="39A0D1C9" w14:textId="77777777" w:rsidR="00AA24B8" w:rsidRDefault="004C3622">
      <w:pPr>
        <w:spacing w:after="180"/>
      </w:pPr>
      <w:r>
        <w:rPr>
          <w:i/>
          <w:color w:val="173B55"/>
          <w:sz w:val="22"/>
        </w:rPr>
        <w:t>Ne pas laisser la peur de la fin empêcher de vivre, tout en protégeant la vie.</w:t>
      </w:r>
    </w:p>
    <w:tbl>
      <w:tblPr>
        <w:tblW w:w="0" w:type="auto"/>
        <w:jc w:val="center"/>
        <w:tblLayout w:type="fixed"/>
        <w:tblLook w:val="04A0" w:firstRow="1" w:lastRow="0" w:firstColumn="1" w:lastColumn="0" w:noHBand="0" w:noVBand="1"/>
      </w:tblPr>
      <w:tblGrid>
        <w:gridCol w:w="4824"/>
        <w:gridCol w:w="4824"/>
      </w:tblGrid>
      <w:tr w:rsidR="00AA24B8" w14:paraId="1E3A558F"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699CDA3E" w14:textId="77777777" w:rsidR="00AA24B8" w:rsidRDefault="004C3622">
            <w:pPr>
              <w:jc w:val="center"/>
            </w:pPr>
            <w:r>
              <w:rPr>
                <w:b/>
                <w:color w:val="FFFFFF"/>
                <w:sz w:val="22"/>
              </w:rPr>
              <w:t>Mépris de la mort</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416D6EA4" w14:textId="77777777" w:rsidR="00AA24B8" w:rsidRDefault="004C3622">
            <w:pPr>
              <w:jc w:val="center"/>
            </w:pPr>
            <w:r>
              <w:rPr>
                <w:b/>
                <w:color w:val="FFFFFF"/>
                <w:sz w:val="22"/>
              </w:rPr>
              <w:t>Respect de la vie</w:t>
            </w:r>
          </w:p>
        </w:tc>
      </w:tr>
      <w:tr w:rsidR="00AA24B8" w14:paraId="1E07CF2E"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3EF10978" w14:textId="77777777" w:rsidR="00AA24B8" w:rsidRDefault="004C3622">
            <w:r>
              <w:rPr>
                <w:b/>
                <w:color w:val="173B55"/>
                <w:sz w:val="18"/>
              </w:rPr>
              <w:t>Expression juste</w:t>
            </w:r>
            <w:r>
              <w:rPr>
                <w:b/>
                <w:color w:val="173B55"/>
                <w:sz w:val="18"/>
              </w:rPr>
              <w:br/>
            </w:r>
            <w:r>
              <w:rPr>
                <w:sz w:val="19"/>
              </w:rPr>
              <w:t>Accepter la finitude et ne pas renoncer à l'essentiel sous l'effet de la peur.</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4005151D" w14:textId="77777777" w:rsidR="00AA24B8" w:rsidRDefault="004C3622">
            <w:r>
              <w:rPr>
                <w:b/>
                <w:color w:val="173B55"/>
                <w:sz w:val="18"/>
              </w:rPr>
              <w:t>Expression juste</w:t>
            </w:r>
            <w:r>
              <w:rPr>
                <w:b/>
                <w:color w:val="173B55"/>
                <w:sz w:val="18"/>
              </w:rPr>
              <w:br/>
            </w:r>
            <w:r>
              <w:rPr>
                <w:sz w:val="19"/>
              </w:rPr>
              <w:t>Prendre soin du vivant, honorer mon corps et vivre avec présence et joie.</w:t>
            </w:r>
          </w:p>
        </w:tc>
      </w:tr>
      <w:tr w:rsidR="00AA24B8" w14:paraId="08E5D120"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2CA3E2CA" w14:textId="77777777" w:rsidR="00AA24B8" w:rsidRDefault="004C3622">
            <w:r>
              <w:rPr>
                <w:b/>
                <w:color w:val="C47D68"/>
                <w:sz w:val="18"/>
              </w:rPr>
              <w:t>Déséquilibre possible</w:t>
            </w:r>
            <w:r>
              <w:rPr>
                <w:b/>
                <w:color w:val="C47D68"/>
                <w:sz w:val="18"/>
              </w:rPr>
              <w:br/>
            </w:r>
            <w:r>
              <w:rPr>
                <w:sz w:val="19"/>
              </w:rPr>
              <w:t>Sous-estimer les dangers, me mettre inutilement en risque ou banaliser la vie.</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26403960" w14:textId="77777777" w:rsidR="00AA24B8" w:rsidRDefault="004C3622">
            <w:r>
              <w:rPr>
                <w:b/>
                <w:color w:val="C47D68"/>
                <w:sz w:val="18"/>
              </w:rPr>
              <w:t>Déséquilibre possible</w:t>
            </w:r>
            <w:r>
              <w:rPr>
                <w:b/>
                <w:color w:val="C47D68"/>
                <w:sz w:val="18"/>
              </w:rPr>
              <w:br/>
            </w:r>
            <w:r>
              <w:rPr>
                <w:sz w:val="19"/>
              </w:rPr>
              <w:t>M'agripper à la sécurité, faire du confort ou du plaisir une finalité et ne plus oser vivre.</w:t>
            </w:r>
          </w:p>
        </w:tc>
      </w:tr>
    </w:tbl>
    <w:p w14:paraId="73946368" w14:textId="77777777" w:rsidR="00AA24B8" w:rsidRDefault="004C3622">
      <w:pPr>
        <w:keepNext/>
        <w:spacing w:before="140" w:after="60"/>
      </w:pPr>
      <w:r>
        <w:rPr>
          <w:b/>
          <w:color w:val="C47D68"/>
          <w:sz w:val="18"/>
        </w:rPr>
        <w:t>MON AUTO OBSERVATION</w:t>
      </w:r>
    </w:p>
    <w:p w14:paraId="1EB6821F" w14:textId="77777777" w:rsidR="00AA24B8" w:rsidRDefault="004C3622">
      <w:pPr>
        <w:spacing w:after="80"/>
      </w:pPr>
      <w:r>
        <w:rPr>
          <w:sz w:val="20"/>
        </w:rPr>
        <w:t xml:space="preserve">Aujourd'hui, je me reconnais davantage dans :  </w:t>
      </w:r>
      <w:r>
        <w:rPr>
          <w:b/>
          <w:color w:val="173B55"/>
          <w:sz w:val="20"/>
        </w:rPr>
        <w:t>□ Mépris de la mort     □ Respect de la vie     □ Un équilibre entre les deux</w:t>
      </w:r>
    </w:p>
    <w:p w14:paraId="5AAAA41F" w14:textId="77777777" w:rsidR="00AA24B8" w:rsidRDefault="004C3622">
      <w:r>
        <w:rPr>
          <w:sz w:val="20"/>
        </w:rPr>
        <w:t>Intensité ressentie :   1    2    3    4    5    6    7    8    9    10</w:t>
      </w:r>
    </w:p>
    <w:p w14:paraId="5F671054" w14:textId="77777777" w:rsidR="00AA24B8" w:rsidRDefault="004C3622">
      <w:pPr>
        <w:keepNext/>
        <w:spacing w:before="140" w:after="60"/>
      </w:pPr>
      <w:r>
        <w:rPr>
          <w:b/>
          <w:color w:val="C47D68"/>
          <w:sz w:val="18"/>
        </w:rPr>
        <w:t>QUESTIONS POUR CHEMINER</w:t>
      </w:r>
    </w:p>
    <w:p w14:paraId="0FEA42E8" w14:textId="77777777" w:rsidR="00AA24B8" w:rsidRDefault="004C3622">
      <w:pPr>
        <w:spacing w:after="60"/>
      </w:pPr>
      <w:r>
        <w:rPr>
          <w:b/>
          <w:color w:val="C47D68"/>
          <w:sz w:val="20"/>
        </w:rPr>
        <w:t xml:space="preserve">• </w:t>
      </w:r>
      <w:r>
        <w:rPr>
          <w:sz w:val="20"/>
        </w:rPr>
        <w:t>Qu'est-ce que la peur de perdre m'empêche de vivre ?</w:t>
      </w:r>
    </w:p>
    <w:p w14:paraId="29157056" w14:textId="77777777" w:rsidR="00AA24B8" w:rsidRDefault="004C3622">
      <w:pPr>
        <w:spacing w:after="60"/>
      </w:pPr>
      <w:r>
        <w:rPr>
          <w:b/>
          <w:color w:val="C47D68"/>
          <w:sz w:val="20"/>
        </w:rPr>
        <w:t xml:space="preserve">• </w:t>
      </w:r>
      <w:r>
        <w:rPr>
          <w:sz w:val="20"/>
        </w:rPr>
        <w:t>Comment est-ce que j'honore concrètement la vie en moi ?</w:t>
      </w:r>
    </w:p>
    <w:p w14:paraId="3683539B" w14:textId="77777777" w:rsidR="00AA24B8" w:rsidRDefault="004C3622">
      <w:pPr>
        <w:spacing w:after="60"/>
      </w:pPr>
      <w:r>
        <w:rPr>
          <w:b/>
          <w:color w:val="C47D68"/>
          <w:sz w:val="20"/>
        </w:rPr>
        <w:t xml:space="preserve">• </w:t>
      </w:r>
      <w:r>
        <w:rPr>
          <w:sz w:val="20"/>
        </w:rPr>
        <w:t>Quel risque est vivant et lequel est inutile ?</w:t>
      </w:r>
    </w:p>
    <w:p w14:paraId="672B3C45" w14:textId="77777777" w:rsidR="00AA24B8" w:rsidRDefault="004C3622">
      <w:pPr>
        <w:spacing w:before="40" w:after="60"/>
      </w:pPr>
      <w:r>
        <w:rPr>
          <w:color w:val="B8B8B8"/>
          <w:sz w:val="18"/>
        </w:rPr>
        <w:t>________________________________________________________________________________</w:t>
      </w:r>
    </w:p>
    <w:p w14:paraId="00B4108A" w14:textId="77777777" w:rsidR="00AA24B8" w:rsidRDefault="004C3622">
      <w:pPr>
        <w:spacing w:before="40" w:after="60"/>
      </w:pPr>
      <w:r>
        <w:rPr>
          <w:color w:val="B8B8B8"/>
          <w:sz w:val="18"/>
        </w:rPr>
        <w:t>________________________________________________________________________________</w:t>
      </w:r>
    </w:p>
    <w:p w14:paraId="16EB4013" w14:textId="77777777" w:rsidR="00AA24B8" w:rsidRDefault="004C3622">
      <w:pPr>
        <w:keepNext/>
        <w:spacing w:before="140" w:after="60"/>
      </w:pPr>
      <w:r>
        <w:rPr>
          <w:b/>
          <w:color w:val="C47D68"/>
          <w:sz w:val="18"/>
        </w:rPr>
        <w:t>UNE EXPÉRIMENTATION POSSIBLE</w:t>
      </w:r>
    </w:p>
    <w:p w14:paraId="5A05C662" w14:textId="77777777" w:rsidR="00AA24B8" w:rsidRDefault="004C3622">
      <w:pPr>
        <w:spacing w:after="60" w:line="259" w:lineRule="auto"/>
      </w:pPr>
      <w:r>
        <w:t>Poser un acte qui me fait sentir pleinement vivant ou vivante tout en respectant mon intégrité et celle des autres.</w:t>
      </w:r>
    </w:p>
    <w:p w14:paraId="2A988CC2" w14:textId="77777777" w:rsidR="00AA24B8" w:rsidRDefault="004C3622">
      <w:pPr>
        <w:spacing w:after="60"/>
      </w:pPr>
      <w:r>
        <w:rPr>
          <w:b/>
          <w:color w:val="173B55"/>
          <w:sz w:val="20"/>
        </w:rPr>
        <w:t>Mon propre petit pas :</w:t>
      </w:r>
    </w:p>
    <w:p w14:paraId="395CC6E5" w14:textId="77777777" w:rsidR="00AA24B8" w:rsidRDefault="004C3622">
      <w:pPr>
        <w:spacing w:before="40" w:after="60"/>
      </w:pPr>
      <w:r>
        <w:rPr>
          <w:color w:val="B8B8B8"/>
          <w:sz w:val="18"/>
        </w:rPr>
        <w:t>________________________________________________________________________________</w:t>
      </w:r>
    </w:p>
    <w:p w14:paraId="3746FF8E" w14:textId="77777777" w:rsidR="00AA24B8" w:rsidRDefault="004C3622">
      <w:r>
        <w:br w:type="page"/>
      </w:r>
    </w:p>
    <w:p w14:paraId="39C6C58D" w14:textId="77777777" w:rsidR="00AA24B8" w:rsidRDefault="004C3622">
      <w:pPr>
        <w:spacing w:after="40"/>
      </w:pPr>
      <w:r>
        <w:rPr>
          <w:b/>
          <w:color w:val="C47D68"/>
          <w:sz w:val="18"/>
        </w:rPr>
        <w:lastRenderedPageBreak/>
        <w:t>PAIRE 12 SUR 12</w:t>
      </w:r>
    </w:p>
    <w:p w14:paraId="19957955" w14:textId="77777777" w:rsidR="00AA24B8" w:rsidRPr="00FE3847" w:rsidRDefault="004C3622">
      <w:pPr>
        <w:pStyle w:val="Titre1"/>
        <w:spacing w:after="80"/>
        <w:rPr>
          <w:color w:val="002060"/>
        </w:rPr>
      </w:pPr>
      <w:r w:rsidRPr="00FE3847">
        <w:rPr>
          <w:color w:val="002060"/>
        </w:rPr>
        <w:t>Indifférence et Amour</w:t>
      </w:r>
    </w:p>
    <w:p w14:paraId="165C73D2" w14:textId="77777777" w:rsidR="00AA24B8" w:rsidRDefault="004C3622">
      <w:pPr>
        <w:spacing w:after="180"/>
      </w:pPr>
      <w:r>
        <w:rPr>
          <w:i/>
          <w:color w:val="173B55"/>
          <w:sz w:val="22"/>
        </w:rPr>
        <w:t>Aimer avec impartialité, sans contrôler ni abandonner l'autre.</w:t>
      </w:r>
    </w:p>
    <w:tbl>
      <w:tblPr>
        <w:tblW w:w="0" w:type="auto"/>
        <w:jc w:val="center"/>
        <w:tblLayout w:type="fixed"/>
        <w:tblLook w:val="04A0" w:firstRow="1" w:lastRow="0" w:firstColumn="1" w:lastColumn="0" w:noHBand="0" w:noVBand="1"/>
      </w:tblPr>
      <w:tblGrid>
        <w:gridCol w:w="4824"/>
        <w:gridCol w:w="4824"/>
      </w:tblGrid>
      <w:tr w:rsidR="00AA24B8" w14:paraId="3FB3C5A9" w14:textId="77777777">
        <w:trPr>
          <w:tblHeade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173B55"/>
            <w:tcMar>
              <w:top w:w="120" w:type="dxa"/>
              <w:left w:w="150" w:type="dxa"/>
              <w:bottom w:w="120" w:type="dxa"/>
              <w:right w:w="150" w:type="dxa"/>
            </w:tcMar>
            <w:vAlign w:val="center"/>
          </w:tcPr>
          <w:p w14:paraId="73D3ECC5" w14:textId="77777777" w:rsidR="00AA24B8" w:rsidRDefault="004C3622">
            <w:pPr>
              <w:jc w:val="center"/>
            </w:pPr>
            <w:r>
              <w:rPr>
                <w:b/>
                <w:color w:val="FFFFFF"/>
                <w:sz w:val="22"/>
              </w:rPr>
              <w:t>Indifférence</w:t>
            </w:r>
          </w:p>
        </w:tc>
        <w:tc>
          <w:tcPr>
            <w:tcW w:w="4824" w:type="dxa"/>
            <w:tcBorders>
              <w:top w:val="single" w:sz="6" w:space="0" w:color="D9D9D9"/>
              <w:left w:val="single" w:sz="6" w:space="0" w:color="D9D9D9"/>
              <w:bottom w:val="single" w:sz="6" w:space="0" w:color="D9D9D9"/>
              <w:right w:val="single" w:sz="6" w:space="0" w:color="D9D9D9"/>
            </w:tcBorders>
            <w:shd w:val="clear" w:color="auto" w:fill="C47D68"/>
            <w:tcMar>
              <w:top w:w="120" w:type="dxa"/>
              <w:left w:w="150" w:type="dxa"/>
              <w:bottom w:w="120" w:type="dxa"/>
              <w:right w:w="150" w:type="dxa"/>
            </w:tcMar>
            <w:vAlign w:val="center"/>
          </w:tcPr>
          <w:p w14:paraId="242F2539" w14:textId="77777777" w:rsidR="00AA24B8" w:rsidRDefault="004C3622">
            <w:pPr>
              <w:jc w:val="center"/>
            </w:pPr>
            <w:r>
              <w:rPr>
                <w:b/>
                <w:color w:val="FFFFFF"/>
                <w:sz w:val="22"/>
              </w:rPr>
              <w:t>Amour</w:t>
            </w:r>
          </w:p>
        </w:tc>
      </w:tr>
      <w:tr w:rsidR="00AA24B8" w14:paraId="6AB75C6C" w14:textId="77777777">
        <w:trPr>
          <w:jc w:val="center"/>
        </w:trPr>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6EB2C8F2" w14:textId="77777777" w:rsidR="00AA24B8" w:rsidRDefault="004C3622">
            <w:r>
              <w:rPr>
                <w:b/>
                <w:color w:val="173B55"/>
                <w:sz w:val="18"/>
              </w:rPr>
              <w:t>Expression juste</w:t>
            </w:r>
            <w:r>
              <w:rPr>
                <w:b/>
                <w:color w:val="173B55"/>
                <w:sz w:val="18"/>
              </w:rPr>
              <w:br/>
            </w:r>
            <w:r>
              <w:rPr>
                <w:sz w:val="19"/>
              </w:rPr>
              <w:t>Prendre du recul sur mes préférences et respecter le chemin ainsi que le libre arbitre de chacun.</w:t>
            </w:r>
          </w:p>
        </w:tc>
        <w:tc>
          <w:tcPr>
            <w:tcW w:w="48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5BD3E2F9" w14:textId="77777777" w:rsidR="00AA24B8" w:rsidRDefault="004C3622">
            <w:r>
              <w:rPr>
                <w:b/>
                <w:color w:val="173B55"/>
                <w:sz w:val="18"/>
              </w:rPr>
              <w:t>Expression juste</w:t>
            </w:r>
            <w:r>
              <w:rPr>
                <w:b/>
                <w:color w:val="173B55"/>
                <w:sz w:val="18"/>
              </w:rPr>
              <w:br/>
            </w:r>
            <w:r>
              <w:rPr>
                <w:sz w:val="19"/>
              </w:rPr>
              <w:t>Soutenir la vie, offrir une présence et une aide qui respectent la liberté et la responsabilité de l'autre.</w:t>
            </w:r>
          </w:p>
        </w:tc>
      </w:tr>
      <w:tr w:rsidR="00AA24B8" w14:paraId="19BDD261" w14:textId="77777777">
        <w:trPr>
          <w:jc w:val="center"/>
        </w:trPr>
        <w:tc>
          <w:tcPr>
            <w:tcW w:w="4824" w:type="dxa"/>
            <w:tcBorders>
              <w:top w:val="single" w:sz="6" w:space="0" w:color="D9D9D9"/>
              <w:left w:val="single" w:sz="6" w:space="0" w:color="D9D9D9"/>
              <w:bottom w:val="single" w:sz="6" w:space="0" w:color="D9D9D9"/>
              <w:right w:val="single" w:sz="6" w:space="0" w:color="D9D9D9"/>
            </w:tcBorders>
            <w:shd w:val="clear" w:color="auto" w:fill="EAF3F1"/>
            <w:tcMar>
              <w:top w:w="110" w:type="dxa"/>
              <w:left w:w="130" w:type="dxa"/>
              <w:bottom w:w="110" w:type="dxa"/>
              <w:right w:w="130" w:type="dxa"/>
            </w:tcMar>
            <w:vAlign w:val="center"/>
          </w:tcPr>
          <w:p w14:paraId="17617FA4" w14:textId="77777777" w:rsidR="00AA24B8" w:rsidRDefault="004C3622">
            <w:r>
              <w:rPr>
                <w:b/>
                <w:color w:val="C47D68"/>
                <w:sz w:val="18"/>
              </w:rPr>
              <w:t>Déséquilibre possible</w:t>
            </w:r>
            <w:r>
              <w:rPr>
                <w:b/>
                <w:color w:val="C47D68"/>
                <w:sz w:val="18"/>
              </w:rPr>
              <w:br/>
            </w:r>
            <w:r>
              <w:rPr>
                <w:sz w:val="19"/>
              </w:rPr>
              <w:t>Devenir froid ou froide, me désengager, refuser d'aider ou rationaliser mon insensibilité.</w:t>
            </w:r>
          </w:p>
        </w:tc>
        <w:tc>
          <w:tcPr>
            <w:tcW w:w="4824" w:type="dxa"/>
            <w:tcBorders>
              <w:top w:val="single" w:sz="6" w:space="0" w:color="D9D9D9"/>
              <w:left w:val="single" w:sz="6" w:space="0" w:color="D9D9D9"/>
              <w:bottom w:val="single" w:sz="6" w:space="0" w:color="D9D9D9"/>
              <w:right w:val="single" w:sz="6" w:space="0" w:color="D9D9D9"/>
            </w:tcBorders>
            <w:shd w:val="clear" w:color="auto" w:fill="F7EFEC"/>
            <w:tcMar>
              <w:top w:w="110" w:type="dxa"/>
              <w:left w:w="130" w:type="dxa"/>
              <w:bottom w:w="110" w:type="dxa"/>
              <w:right w:w="130" w:type="dxa"/>
            </w:tcMar>
            <w:vAlign w:val="center"/>
          </w:tcPr>
          <w:p w14:paraId="126A7958" w14:textId="77777777" w:rsidR="00AA24B8" w:rsidRDefault="004C3622">
            <w:r>
              <w:rPr>
                <w:b/>
                <w:color w:val="C47D68"/>
                <w:sz w:val="18"/>
              </w:rPr>
              <w:t>Déséquilibre possible</w:t>
            </w:r>
            <w:r>
              <w:rPr>
                <w:b/>
                <w:color w:val="C47D68"/>
                <w:sz w:val="18"/>
              </w:rPr>
              <w:br/>
            </w:r>
            <w:r>
              <w:rPr>
                <w:sz w:val="19"/>
              </w:rPr>
              <w:t>Sauver, retenir, imposer, contrôler ou agir surtout pour apaiser ma propre peur.</w:t>
            </w:r>
          </w:p>
        </w:tc>
      </w:tr>
    </w:tbl>
    <w:p w14:paraId="223C8990" w14:textId="77777777" w:rsidR="00AA24B8" w:rsidRDefault="004C3622">
      <w:pPr>
        <w:keepNext/>
        <w:spacing w:before="140" w:after="60"/>
      </w:pPr>
      <w:r>
        <w:rPr>
          <w:b/>
          <w:color w:val="C47D68"/>
          <w:sz w:val="18"/>
        </w:rPr>
        <w:t>MON AUTO OBSERVATION</w:t>
      </w:r>
    </w:p>
    <w:p w14:paraId="0776273E" w14:textId="77777777" w:rsidR="00AA24B8" w:rsidRDefault="004C3622">
      <w:pPr>
        <w:spacing w:after="80"/>
      </w:pPr>
      <w:r>
        <w:rPr>
          <w:sz w:val="20"/>
        </w:rPr>
        <w:t xml:space="preserve">Aujourd'hui, je me reconnais davantage dans :  </w:t>
      </w:r>
      <w:r>
        <w:rPr>
          <w:b/>
          <w:color w:val="173B55"/>
          <w:sz w:val="20"/>
        </w:rPr>
        <w:t>□ Indifférence     □ Amour     □ Un équilibre entre les deux</w:t>
      </w:r>
    </w:p>
    <w:p w14:paraId="5ACC2567" w14:textId="77777777" w:rsidR="00AA24B8" w:rsidRDefault="004C3622">
      <w:r>
        <w:rPr>
          <w:sz w:val="20"/>
        </w:rPr>
        <w:t>Intensité ressentie :   1    2    3    4    5    6    7    8    9    10</w:t>
      </w:r>
    </w:p>
    <w:p w14:paraId="64C3BCE1" w14:textId="77777777" w:rsidR="00AA24B8" w:rsidRDefault="004C3622">
      <w:pPr>
        <w:keepNext/>
        <w:spacing w:before="140" w:after="60"/>
      </w:pPr>
      <w:r>
        <w:rPr>
          <w:b/>
          <w:color w:val="C47D68"/>
          <w:sz w:val="18"/>
        </w:rPr>
        <w:t>QUESTIONS POUR CHEMINER</w:t>
      </w:r>
    </w:p>
    <w:p w14:paraId="4431E31F" w14:textId="77777777" w:rsidR="00AA24B8" w:rsidRDefault="004C3622">
      <w:pPr>
        <w:spacing w:after="60"/>
      </w:pPr>
      <w:r>
        <w:rPr>
          <w:b/>
          <w:color w:val="C47D68"/>
          <w:sz w:val="20"/>
        </w:rPr>
        <w:t xml:space="preserve">• </w:t>
      </w:r>
      <w:r>
        <w:rPr>
          <w:sz w:val="20"/>
        </w:rPr>
        <w:t>Quand est-ce que mon amour cherche à protéger ou à contrôler ?</w:t>
      </w:r>
    </w:p>
    <w:p w14:paraId="48E2FEDE" w14:textId="77777777" w:rsidR="00AA24B8" w:rsidRDefault="004C3622">
      <w:pPr>
        <w:spacing w:after="60"/>
      </w:pPr>
      <w:r>
        <w:rPr>
          <w:b/>
          <w:color w:val="C47D68"/>
          <w:sz w:val="20"/>
        </w:rPr>
        <w:t xml:space="preserve">• </w:t>
      </w:r>
      <w:r>
        <w:rPr>
          <w:sz w:val="20"/>
        </w:rPr>
        <w:t>Puis-je laisser l'autre vivre son expérience sans l'abandonner ?</w:t>
      </w:r>
    </w:p>
    <w:p w14:paraId="475865FC" w14:textId="77777777" w:rsidR="00AA24B8" w:rsidRDefault="004C3622">
      <w:pPr>
        <w:spacing w:after="60"/>
      </w:pPr>
      <w:r>
        <w:rPr>
          <w:b/>
          <w:color w:val="C47D68"/>
          <w:sz w:val="20"/>
        </w:rPr>
        <w:t xml:space="preserve">• </w:t>
      </w:r>
      <w:r>
        <w:rPr>
          <w:sz w:val="20"/>
        </w:rPr>
        <w:t>Quelle forme d'aide respecte réellement sa liberté ?</w:t>
      </w:r>
    </w:p>
    <w:p w14:paraId="254D5E7F" w14:textId="77777777" w:rsidR="00AA24B8" w:rsidRDefault="004C3622">
      <w:pPr>
        <w:spacing w:before="40" w:after="60"/>
      </w:pPr>
      <w:r>
        <w:rPr>
          <w:color w:val="B8B8B8"/>
          <w:sz w:val="18"/>
        </w:rPr>
        <w:t>________________________________________________________________________________</w:t>
      </w:r>
    </w:p>
    <w:p w14:paraId="242F01D5" w14:textId="77777777" w:rsidR="00AA24B8" w:rsidRDefault="004C3622">
      <w:pPr>
        <w:spacing w:before="40" w:after="60"/>
      </w:pPr>
      <w:r>
        <w:rPr>
          <w:color w:val="B8B8B8"/>
          <w:sz w:val="18"/>
        </w:rPr>
        <w:t>________________________________________________________________________________</w:t>
      </w:r>
    </w:p>
    <w:p w14:paraId="3A661E19" w14:textId="77777777" w:rsidR="00AA24B8" w:rsidRDefault="004C3622">
      <w:pPr>
        <w:keepNext/>
        <w:spacing w:before="140" w:after="60"/>
      </w:pPr>
      <w:r>
        <w:rPr>
          <w:b/>
          <w:color w:val="C47D68"/>
          <w:sz w:val="18"/>
        </w:rPr>
        <w:t>UNE EXPÉRIMENTATION POSSIBLE</w:t>
      </w:r>
    </w:p>
    <w:p w14:paraId="7A9D7720" w14:textId="77777777" w:rsidR="00AA24B8" w:rsidRDefault="004C3622">
      <w:pPr>
        <w:spacing w:after="60" w:line="259" w:lineRule="auto"/>
      </w:pPr>
      <w:r>
        <w:t>Dans une relation importante, demander : ai-je besoin d'intervenir, d'être présent ou présente, ou de laisser de l'espace ?</w:t>
      </w:r>
    </w:p>
    <w:p w14:paraId="05F002DC" w14:textId="77777777" w:rsidR="00AA24B8" w:rsidRDefault="004C3622">
      <w:pPr>
        <w:spacing w:after="60"/>
      </w:pPr>
      <w:r>
        <w:rPr>
          <w:b/>
          <w:color w:val="173B55"/>
          <w:sz w:val="20"/>
        </w:rPr>
        <w:t>Mon propre petit pas :</w:t>
      </w:r>
    </w:p>
    <w:p w14:paraId="63AA6BB1" w14:textId="77777777" w:rsidR="00AA24B8" w:rsidRDefault="004C3622">
      <w:pPr>
        <w:spacing w:before="40" w:after="60"/>
      </w:pPr>
      <w:r>
        <w:rPr>
          <w:color w:val="B8B8B8"/>
          <w:sz w:val="18"/>
        </w:rPr>
        <w:t>________________________________________________________________________________</w:t>
      </w:r>
    </w:p>
    <w:p w14:paraId="1BF240DE" w14:textId="77777777" w:rsidR="00AA24B8" w:rsidRDefault="004C3622">
      <w:r>
        <w:br w:type="page"/>
      </w:r>
    </w:p>
    <w:p w14:paraId="37AF36C7" w14:textId="77777777" w:rsidR="00AA24B8" w:rsidRPr="00FE3847" w:rsidRDefault="004C3622">
      <w:pPr>
        <w:pStyle w:val="Titre1"/>
        <w:rPr>
          <w:color w:val="002060"/>
        </w:rPr>
      </w:pPr>
      <w:r w:rsidRPr="00FE3847">
        <w:rPr>
          <w:color w:val="002060"/>
        </w:rPr>
        <w:lastRenderedPageBreak/>
        <w:t>Mon regard sur les 12 paires</w:t>
      </w:r>
    </w:p>
    <w:p w14:paraId="57D537A0" w14:textId="77777777" w:rsidR="00AA24B8" w:rsidRDefault="004C3622">
      <w:pPr>
        <w:spacing w:line="259" w:lineRule="auto"/>
      </w:pPr>
      <w:r>
        <w:t>Pour chaque paire, j'indique spontanément où se situe mon équilibre actuel. Ce repérage n'est pas un diagnostic : il offre une photographie de ce que je vis aujourd'hui.</w:t>
      </w:r>
    </w:p>
    <w:tbl>
      <w:tblPr>
        <w:tblW w:w="0" w:type="auto"/>
        <w:jc w:val="center"/>
        <w:tblLayout w:type="fixed"/>
        <w:tblLook w:val="04A0" w:firstRow="1" w:lastRow="0" w:firstColumn="1" w:lastColumn="0" w:noHBand="0" w:noVBand="1"/>
      </w:tblPr>
      <w:tblGrid>
        <w:gridCol w:w="605"/>
        <w:gridCol w:w="2232"/>
        <w:gridCol w:w="2232"/>
        <w:gridCol w:w="1728"/>
        <w:gridCol w:w="2880"/>
      </w:tblGrid>
      <w:tr w:rsidR="00AA24B8" w14:paraId="66877F6A" w14:textId="77777777">
        <w:trPr>
          <w:tblHeader/>
          <w:jc w:val="center"/>
        </w:trPr>
        <w:tc>
          <w:tcPr>
            <w:tcW w:w="605" w:type="dxa"/>
            <w:tcBorders>
              <w:top w:val="single" w:sz="6" w:space="0" w:color="D9D9D9"/>
              <w:left w:val="single" w:sz="6" w:space="0" w:color="D9D9D9"/>
              <w:bottom w:val="single" w:sz="6" w:space="0" w:color="D9D9D9"/>
              <w:right w:val="single" w:sz="6" w:space="0" w:color="D9D9D9"/>
            </w:tcBorders>
            <w:shd w:val="clear" w:color="auto" w:fill="173B55"/>
            <w:tcMar>
              <w:top w:w="105" w:type="dxa"/>
              <w:left w:w="90" w:type="dxa"/>
              <w:bottom w:w="105" w:type="dxa"/>
              <w:right w:w="90" w:type="dxa"/>
            </w:tcMar>
          </w:tcPr>
          <w:p w14:paraId="29C3CBF8" w14:textId="77777777" w:rsidR="00AA24B8" w:rsidRDefault="004C3622">
            <w:pPr>
              <w:jc w:val="center"/>
            </w:pPr>
            <w:r>
              <w:rPr>
                <w:b/>
                <w:color w:val="FFFFFF"/>
                <w:sz w:val="17"/>
              </w:rPr>
              <w:t>N°</w:t>
            </w:r>
          </w:p>
        </w:tc>
        <w:tc>
          <w:tcPr>
            <w:tcW w:w="2232" w:type="dxa"/>
            <w:tcBorders>
              <w:top w:val="single" w:sz="6" w:space="0" w:color="D9D9D9"/>
              <w:left w:val="single" w:sz="6" w:space="0" w:color="D9D9D9"/>
              <w:bottom w:val="single" w:sz="6" w:space="0" w:color="D9D9D9"/>
              <w:right w:val="single" w:sz="6" w:space="0" w:color="D9D9D9"/>
            </w:tcBorders>
            <w:shd w:val="clear" w:color="auto" w:fill="173B55"/>
            <w:tcMar>
              <w:top w:w="105" w:type="dxa"/>
              <w:left w:w="90" w:type="dxa"/>
              <w:bottom w:w="105" w:type="dxa"/>
              <w:right w:w="90" w:type="dxa"/>
            </w:tcMar>
          </w:tcPr>
          <w:p w14:paraId="5774B093" w14:textId="77777777" w:rsidR="00AA24B8" w:rsidRDefault="004C3622">
            <w:pPr>
              <w:jc w:val="center"/>
            </w:pPr>
            <w:r>
              <w:rPr>
                <w:b/>
                <w:color w:val="FFFFFF"/>
                <w:sz w:val="17"/>
              </w:rPr>
              <w:t>Qualité A</w:t>
            </w:r>
          </w:p>
        </w:tc>
        <w:tc>
          <w:tcPr>
            <w:tcW w:w="2232" w:type="dxa"/>
            <w:tcBorders>
              <w:top w:val="single" w:sz="6" w:space="0" w:color="D9D9D9"/>
              <w:left w:val="single" w:sz="6" w:space="0" w:color="D9D9D9"/>
              <w:bottom w:val="single" w:sz="6" w:space="0" w:color="D9D9D9"/>
              <w:right w:val="single" w:sz="6" w:space="0" w:color="D9D9D9"/>
            </w:tcBorders>
            <w:shd w:val="clear" w:color="auto" w:fill="173B55"/>
            <w:tcMar>
              <w:top w:w="105" w:type="dxa"/>
              <w:left w:w="90" w:type="dxa"/>
              <w:bottom w:w="105" w:type="dxa"/>
              <w:right w:w="90" w:type="dxa"/>
            </w:tcMar>
          </w:tcPr>
          <w:p w14:paraId="32A6DC2F" w14:textId="77777777" w:rsidR="00AA24B8" w:rsidRDefault="004C3622">
            <w:pPr>
              <w:jc w:val="center"/>
            </w:pPr>
            <w:r>
              <w:rPr>
                <w:b/>
                <w:color w:val="FFFFFF"/>
                <w:sz w:val="17"/>
              </w:rPr>
              <w:t>Qualité B</w:t>
            </w:r>
          </w:p>
        </w:tc>
        <w:tc>
          <w:tcPr>
            <w:tcW w:w="1728" w:type="dxa"/>
            <w:tcBorders>
              <w:top w:val="single" w:sz="6" w:space="0" w:color="D9D9D9"/>
              <w:left w:val="single" w:sz="6" w:space="0" w:color="D9D9D9"/>
              <w:bottom w:val="single" w:sz="6" w:space="0" w:color="D9D9D9"/>
              <w:right w:val="single" w:sz="6" w:space="0" w:color="D9D9D9"/>
            </w:tcBorders>
            <w:shd w:val="clear" w:color="auto" w:fill="173B55"/>
            <w:tcMar>
              <w:top w:w="105" w:type="dxa"/>
              <w:left w:w="90" w:type="dxa"/>
              <w:bottom w:w="105" w:type="dxa"/>
              <w:right w:w="90" w:type="dxa"/>
            </w:tcMar>
          </w:tcPr>
          <w:p w14:paraId="4659B650" w14:textId="77777777" w:rsidR="00AA24B8" w:rsidRDefault="004C3622">
            <w:pPr>
              <w:jc w:val="center"/>
            </w:pPr>
            <w:r>
              <w:rPr>
                <w:b/>
                <w:color w:val="FFFFFF"/>
                <w:sz w:val="17"/>
              </w:rPr>
              <w:t>Mon équilibre</w:t>
            </w:r>
            <w:r>
              <w:rPr>
                <w:b/>
                <w:color w:val="FFFFFF"/>
                <w:sz w:val="17"/>
              </w:rPr>
              <w:br/>
              <w:t>1 à 10</w:t>
            </w:r>
          </w:p>
        </w:tc>
        <w:tc>
          <w:tcPr>
            <w:tcW w:w="2880" w:type="dxa"/>
            <w:tcBorders>
              <w:top w:val="single" w:sz="6" w:space="0" w:color="D9D9D9"/>
              <w:left w:val="single" w:sz="6" w:space="0" w:color="D9D9D9"/>
              <w:bottom w:val="single" w:sz="6" w:space="0" w:color="D9D9D9"/>
              <w:right w:val="single" w:sz="6" w:space="0" w:color="D9D9D9"/>
            </w:tcBorders>
            <w:shd w:val="clear" w:color="auto" w:fill="173B55"/>
            <w:tcMar>
              <w:top w:w="105" w:type="dxa"/>
              <w:left w:w="90" w:type="dxa"/>
              <w:bottom w:w="105" w:type="dxa"/>
              <w:right w:w="90" w:type="dxa"/>
            </w:tcMar>
          </w:tcPr>
          <w:p w14:paraId="7AB40096" w14:textId="77777777" w:rsidR="00AA24B8" w:rsidRDefault="004C3622">
            <w:pPr>
              <w:jc w:val="center"/>
            </w:pPr>
            <w:r>
              <w:rPr>
                <w:b/>
                <w:color w:val="FFFFFF"/>
                <w:sz w:val="17"/>
              </w:rPr>
              <w:t>Ce que j'observe</w:t>
            </w:r>
          </w:p>
        </w:tc>
      </w:tr>
      <w:tr w:rsidR="00AA24B8" w14:paraId="3AB91394" w14:textId="77777777">
        <w:trPr>
          <w:jc w:val="center"/>
        </w:trPr>
        <w:tc>
          <w:tcPr>
            <w:tcW w:w="605"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772FE856" w14:textId="77777777" w:rsidR="00AA24B8" w:rsidRDefault="004C3622">
            <w:pPr>
              <w:jc w:val="center"/>
            </w:pPr>
            <w:r>
              <w:rPr>
                <w:sz w:val="17"/>
              </w:rPr>
              <w:t>1</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03F11B7D" w14:textId="77777777" w:rsidR="00AA24B8" w:rsidRDefault="004C3622">
            <w:r>
              <w:rPr>
                <w:sz w:val="17"/>
              </w:rPr>
              <w:t>Se taire</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53B841C8" w14:textId="77777777" w:rsidR="00AA24B8" w:rsidRDefault="004C3622">
            <w:r>
              <w:rPr>
                <w:sz w:val="17"/>
              </w:rPr>
              <w:t>Parler</w:t>
            </w:r>
          </w:p>
        </w:tc>
        <w:tc>
          <w:tcPr>
            <w:tcW w:w="1728"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5EC07869"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18D83D6C" w14:textId="77777777" w:rsidR="00AA24B8" w:rsidRDefault="00AA24B8"/>
        </w:tc>
      </w:tr>
      <w:tr w:rsidR="00AA24B8" w14:paraId="5A79DD3C" w14:textId="77777777">
        <w:trPr>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6930E935" w14:textId="77777777" w:rsidR="00AA24B8" w:rsidRDefault="004C3622">
            <w:pPr>
              <w:jc w:val="center"/>
            </w:pPr>
            <w:r>
              <w:rPr>
                <w:sz w:val="17"/>
              </w:rPr>
              <w:t>2</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146F8B4B" w14:textId="77777777" w:rsidR="00AA24B8" w:rsidRDefault="004C3622">
            <w:r>
              <w:rPr>
                <w:sz w:val="17"/>
              </w:rPr>
              <w:t>Réceptivité</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163F8B73" w14:textId="77777777" w:rsidR="00AA24B8" w:rsidRDefault="004C3622">
            <w:r>
              <w:rPr>
                <w:sz w:val="17"/>
              </w:rPr>
              <w:t>Résistance aux influences</w:t>
            </w:r>
          </w:p>
        </w:tc>
        <w:tc>
          <w:tcPr>
            <w:tcW w:w="1728"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1ED56E08"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7CEAE5AB" w14:textId="77777777" w:rsidR="00AA24B8" w:rsidRDefault="00AA24B8"/>
        </w:tc>
      </w:tr>
      <w:tr w:rsidR="00AA24B8" w14:paraId="629AC7B9" w14:textId="77777777">
        <w:trPr>
          <w:jc w:val="center"/>
        </w:trPr>
        <w:tc>
          <w:tcPr>
            <w:tcW w:w="605"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10293A6A" w14:textId="77777777" w:rsidR="00AA24B8" w:rsidRDefault="004C3622">
            <w:pPr>
              <w:jc w:val="center"/>
            </w:pPr>
            <w:r>
              <w:rPr>
                <w:sz w:val="17"/>
              </w:rPr>
              <w:t>3</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18B2B267" w14:textId="77777777" w:rsidR="00AA24B8" w:rsidRDefault="004C3622">
            <w:r>
              <w:rPr>
                <w:sz w:val="17"/>
              </w:rPr>
              <w:t>Obéir</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1A72CE3F" w14:textId="77777777" w:rsidR="00AA24B8" w:rsidRDefault="004C3622">
            <w:r>
              <w:rPr>
                <w:sz w:val="17"/>
              </w:rPr>
              <w:t>Régner</w:t>
            </w:r>
          </w:p>
        </w:tc>
        <w:tc>
          <w:tcPr>
            <w:tcW w:w="1728"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415EFC89"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740AEFB4" w14:textId="77777777" w:rsidR="00AA24B8" w:rsidRDefault="00AA24B8"/>
        </w:tc>
      </w:tr>
      <w:tr w:rsidR="00AA24B8" w14:paraId="4EAC3EDD" w14:textId="77777777">
        <w:trPr>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66ECDD72" w14:textId="77777777" w:rsidR="00AA24B8" w:rsidRDefault="004C3622">
            <w:pPr>
              <w:jc w:val="center"/>
            </w:pPr>
            <w:r>
              <w:rPr>
                <w:sz w:val="17"/>
              </w:rPr>
              <w:t>4</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27F84511" w14:textId="77777777" w:rsidR="00AA24B8" w:rsidRDefault="004C3622">
            <w:r>
              <w:rPr>
                <w:sz w:val="17"/>
              </w:rPr>
              <w:t>Humilité</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7A7E712B" w14:textId="77777777" w:rsidR="00AA24B8" w:rsidRDefault="004C3622">
            <w:r>
              <w:rPr>
                <w:sz w:val="17"/>
              </w:rPr>
              <w:t>Confiance en soi</w:t>
            </w:r>
          </w:p>
        </w:tc>
        <w:tc>
          <w:tcPr>
            <w:tcW w:w="1728"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5FC87036"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2785AF8B" w14:textId="77777777" w:rsidR="00AA24B8" w:rsidRDefault="00AA24B8"/>
        </w:tc>
      </w:tr>
      <w:tr w:rsidR="00AA24B8" w14:paraId="5A02EE70" w14:textId="77777777">
        <w:trPr>
          <w:jc w:val="center"/>
        </w:trPr>
        <w:tc>
          <w:tcPr>
            <w:tcW w:w="605"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40F4762F" w14:textId="77777777" w:rsidR="00AA24B8" w:rsidRDefault="004C3622">
            <w:pPr>
              <w:jc w:val="center"/>
            </w:pPr>
            <w:r>
              <w:rPr>
                <w:sz w:val="17"/>
              </w:rPr>
              <w:t>5</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7D66B101" w14:textId="77777777" w:rsidR="00AA24B8" w:rsidRDefault="004C3622">
            <w:r>
              <w:rPr>
                <w:sz w:val="17"/>
              </w:rPr>
              <w:t>Rapidité de l'éclair</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67A15B96" w14:textId="77777777" w:rsidR="00AA24B8" w:rsidRDefault="004C3622">
            <w:r>
              <w:rPr>
                <w:sz w:val="17"/>
              </w:rPr>
              <w:t>Pondération</w:t>
            </w:r>
          </w:p>
        </w:tc>
        <w:tc>
          <w:tcPr>
            <w:tcW w:w="1728"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34437CCF"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1C17D995" w14:textId="77777777" w:rsidR="00AA24B8" w:rsidRDefault="00AA24B8"/>
        </w:tc>
      </w:tr>
      <w:tr w:rsidR="00AA24B8" w14:paraId="572D0803" w14:textId="77777777">
        <w:trPr>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3D821934" w14:textId="77777777" w:rsidR="00AA24B8" w:rsidRDefault="004C3622">
            <w:pPr>
              <w:jc w:val="center"/>
            </w:pPr>
            <w:r>
              <w:rPr>
                <w:sz w:val="17"/>
              </w:rPr>
              <w:t>6</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430DA38D" w14:textId="77777777" w:rsidR="00AA24B8" w:rsidRDefault="004C3622">
            <w:r>
              <w:rPr>
                <w:sz w:val="17"/>
              </w:rPr>
              <w:t>Tout accepter</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7D4832E2" w14:textId="77777777" w:rsidR="00AA24B8" w:rsidRDefault="004C3622">
            <w:r>
              <w:rPr>
                <w:sz w:val="17"/>
              </w:rPr>
              <w:t>Savoir discerner</w:t>
            </w:r>
          </w:p>
        </w:tc>
        <w:tc>
          <w:tcPr>
            <w:tcW w:w="1728"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55D50010"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6770384E" w14:textId="77777777" w:rsidR="00AA24B8" w:rsidRDefault="00AA24B8"/>
        </w:tc>
      </w:tr>
      <w:tr w:rsidR="00AA24B8" w14:paraId="56E25D0C" w14:textId="77777777">
        <w:trPr>
          <w:jc w:val="center"/>
        </w:trPr>
        <w:tc>
          <w:tcPr>
            <w:tcW w:w="605"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759948B5" w14:textId="77777777" w:rsidR="00AA24B8" w:rsidRDefault="004C3622">
            <w:pPr>
              <w:jc w:val="center"/>
            </w:pPr>
            <w:r>
              <w:rPr>
                <w:sz w:val="17"/>
              </w:rPr>
              <w:t>7</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14873DFE" w14:textId="77777777" w:rsidR="00AA24B8" w:rsidRDefault="004C3622">
            <w:r>
              <w:rPr>
                <w:sz w:val="17"/>
              </w:rPr>
              <w:t>Prudence</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23620507" w14:textId="77777777" w:rsidR="00AA24B8" w:rsidRDefault="004C3622">
            <w:r>
              <w:rPr>
                <w:sz w:val="17"/>
              </w:rPr>
              <w:t>Courage</w:t>
            </w:r>
          </w:p>
        </w:tc>
        <w:tc>
          <w:tcPr>
            <w:tcW w:w="1728"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0267A986"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5DDF3432" w14:textId="77777777" w:rsidR="00AA24B8" w:rsidRDefault="00AA24B8"/>
        </w:tc>
      </w:tr>
      <w:tr w:rsidR="00AA24B8" w14:paraId="4A91F4BC" w14:textId="77777777">
        <w:trPr>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45188201" w14:textId="77777777" w:rsidR="00AA24B8" w:rsidRDefault="004C3622">
            <w:pPr>
              <w:jc w:val="center"/>
            </w:pPr>
            <w:r>
              <w:rPr>
                <w:sz w:val="17"/>
              </w:rPr>
              <w:t>8</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584048BD" w14:textId="77777777" w:rsidR="00AA24B8" w:rsidRDefault="004C3622">
            <w:r>
              <w:rPr>
                <w:sz w:val="17"/>
              </w:rPr>
              <w:t>Ne rien posséder</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35335579" w14:textId="77777777" w:rsidR="00AA24B8" w:rsidRDefault="004C3622">
            <w:r>
              <w:rPr>
                <w:sz w:val="17"/>
              </w:rPr>
              <w:t>Disposer de tout</w:t>
            </w:r>
          </w:p>
        </w:tc>
        <w:tc>
          <w:tcPr>
            <w:tcW w:w="1728"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0D62E27E"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2597C5F4" w14:textId="77777777" w:rsidR="00AA24B8" w:rsidRDefault="00AA24B8"/>
        </w:tc>
      </w:tr>
      <w:tr w:rsidR="00AA24B8" w14:paraId="5290CD23" w14:textId="77777777">
        <w:trPr>
          <w:jc w:val="center"/>
        </w:trPr>
        <w:tc>
          <w:tcPr>
            <w:tcW w:w="605"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5C66BAFE" w14:textId="77777777" w:rsidR="00AA24B8" w:rsidRDefault="004C3622">
            <w:pPr>
              <w:jc w:val="center"/>
            </w:pPr>
            <w:r>
              <w:rPr>
                <w:sz w:val="17"/>
              </w:rPr>
              <w:t>9</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6C209549" w14:textId="77777777" w:rsidR="00AA24B8" w:rsidRDefault="004C3622">
            <w:r>
              <w:rPr>
                <w:sz w:val="17"/>
              </w:rPr>
              <w:t>N'être attaché à rien</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390C0AC1" w14:textId="77777777" w:rsidR="00AA24B8" w:rsidRDefault="004C3622">
            <w:r>
              <w:rPr>
                <w:sz w:val="17"/>
              </w:rPr>
              <w:t>Fidélité et loyauté</w:t>
            </w:r>
          </w:p>
        </w:tc>
        <w:tc>
          <w:tcPr>
            <w:tcW w:w="1728"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1E05640F"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4FDC5409" w14:textId="77777777" w:rsidR="00AA24B8" w:rsidRDefault="00AA24B8"/>
        </w:tc>
      </w:tr>
      <w:tr w:rsidR="00AA24B8" w14:paraId="1C1C5765" w14:textId="77777777">
        <w:trPr>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181A98D3" w14:textId="77777777" w:rsidR="00AA24B8" w:rsidRDefault="004C3622">
            <w:pPr>
              <w:jc w:val="center"/>
            </w:pPr>
            <w:r>
              <w:rPr>
                <w:sz w:val="17"/>
              </w:rPr>
              <w:t>10</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4F6599B6" w14:textId="77777777" w:rsidR="00AA24B8" w:rsidRDefault="004C3622">
            <w:r>
              <w:rPr>
                <w:sz w:val="17"/>
              </w:rPr>
              <w:t>Se faire remarquer</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07C6CAC4" w14:textId="77777777" w:rsidR="00AA24B8" w:rsidRDefault="004C3622">
            <w:r>
              <w:rPr>
                <w:sz w:val="17"/>
              </w:rPr>
              <w:t>Passer inaperçu</w:t>
            </w:r>
          </w:p>
        </w:tc>
        <w:tc>
          <w:tcPr>
            <w:tcW w:w="1728"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705D670A"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4A46E06B" w14:textId="77777777" w:rsidR="00AA24B8" w:rsidRDefault="00AA24B8"/>
        </w:tc>
      </w:tr>
      <w:tr w:rsidR="00AA24B8" w14:paraId="43B696A6" w14:textId="77777777">
        <w:trPr>
          <w:jc w:val="center"/>
        </w:trPr>
        <w:tc>
          <w:tcPr>
            <w:tcW w:w="605"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06516E19" w14:textId="77777777" w:rsidR="00AA24B8" w:rsidRDefault="004C3622">
            <w:pPr>
              <w:jc w:val="center"/>
            </w:pPr>
            <w:r>
              <w:rPr>
                <w:sz w:val="17"/>
              </w:rPr>
              <w:t>11</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7CF97598" w14:textId="77777777" w:rsidR="00AA24B8" w:rsidRDefault="004C3622">
            <w:r>
              <w:rPr>
                <w:sz w:val="17"/>
              </w:rPr>
              <w:t>Mépris de la mort</w:t>
            </w:r>
          </w:p>
        </w:tc>
        <w:tc>
          <w:tcPr>
            <w:tcW w:w="2232"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0921311F" w14:textId="77777777" w:rsidR="00AA24B8" w:rsidRDefault="004C3622">
            <w:r>
              <w:rPr>
                <w:sz w:val="17"/>
              </w:rPr>
              <w:t>Respect de la vie</w:t>
            </w:r>
          </w:p>
        </w:tc>
        <w:tc>
          <w:tcPr>
            <w:tcW w:w="1728"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59663120"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tcMar>
              <w:top w:w="95" w:type="dxa"/>
              <w:left w:w="85" w:type="dxa"/>
              <w:bottom w:w="95" w:type="dxa"/>
              <w:right w:w="85" w:type="dxa"/>
            </w:tcMar>
            <w:vAlign w:val="center"/>
          </w:tcPr>
          <w:p w14:paraId="407781AD" w14:textId="77777777" w:rsidR="00AA24B8" w:rsidRDefault="00AA24B8"/>
        </w:tc>
      </w:tr>
      <w:tr w:rsidR="00AA24B8" w14:paraId="2C8A3D57" w14:textId="77777777">
        <w:trPr>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4EBE3F1D" w14:textId="77777777" w:rsidR="00AA24B8" w:rsidRDefault="004C3622">
            <w:pPr>
              <w:jc w:val="center"/>
            </w:pPr>
            <w:r>
              <w:rPr>
                <w:sz w:val="17"/>
              </w:rPr>
              <w:t>12</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73880915" w14:textId="77777777" w:rsidR="00AA24B8" w:rsidRDefault="004C3622">
            <w:r>
              <w:rPr>
                <w:sz w:val="17"/>
              </w:rPr>
              <w:t>Indifférence</w:t>
            </w:r>
          </w:p>
        </w:tc>
        <w:tc>
          <w:tcPr>
            <w:tcW w:w="2232"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44D16AC2" w14:textId="77777777" w:rsidR="00AA24B8" w:rsidRDefault="004C3622">
            <w:r>
              <w:rPr>
                <w:sz w:val="17"/>
              </w:rPr>
              <w:t>Amour</w:t>
            </w:r>
          </w:p>
        </w:tc>
        <w:tc>
          <w:tcPr>
            <w:tcW w:w="1728"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30F95F55" w14:textId="77777777" w:rsidR="00AA24B8" w:rsidRDefault="00AA24B8">
            <w:pPr>
              <w:jc w:val="center"/>
            </w:pPr>
          </w:p>
        </w:tc>
        <w:tc>
          <w:tcPr>
            <w:tcW w:w="2880" w:type="dxa"/>
            <w:tcBorders>
              <w:top w:val="single" w:sz="6" w:space="0" w:color="D9D9D9"/>
              <w:left w:val="single" w:sz="6" w:space="0" w:color="D9D9D9"/>
              <w:bottom w:val="single" w:sz="6" w:space="0" w:color="D9D9D9"/>
              <w:right w:val="single" w:sz="6" w:space="0" w:color="D9D9D9"/>
            </w:tcBorders>
            <w:shd w:val="clear" w:color="auto" w:fill="EAF3F1"/>
            <w:tcMar>
              <w:top w:w="95" w:type="dxa"/>
              <w:left w:w="85" w:type="dxa"/>
              <w:bottom w:w="95" w:type="dxa"/>
              <w:right w:w="85" w:type="dxa"/>
            </w:tcMar>
            <w:vAlign w:val="center"/>
          </w:tcPr>
          <w:p w14:paraId="69CB04F6" w14:textId="77777777" w:rsidR="00AA24B8" w:rsidRDefault="00AA24B8"/>
        </w:tc>
      </w:tr>
    </w:tbl>
    <w:p w14:paraId="4E6002A1" w14:textId="77777777" w:rsidR="00AA24B8" w:rsidRDefault="004C3622">
      <w:r>
        <w:br w:type="page"/>
      </w:r>
    </w:p>
    <w:p w14:paraId="5451B407" w14:textId="77777777" w:rsidR="00AA24B8" w:rsidRPr="00FE3847" w:rsidRDefault="004C3622">
      <w:pPr>
        <w:pStyle w:val="Titre1"/>
        <w:rPr>
          <w:color w:val="002060"/>
        </w:rPr>
      </w:pPr>
      <w:r w:rsidRPr="00FE3847">
        <w:rPr>
          <w:color w:val="002060"/>
        </w:rPr>
        <w:lastRenderedPageBreak/>
        <w:t>Ce que je découvre</w:t>
      </w:r>
    </w:p>
    <w:p w14:paraId="5D744CB4" w14:textId="77777777" w:rsidR="00AA24B8" w:rsidRDefault="004C3622">
      <w:pPr>
        <w:keepNext/>
        <w:spacing w:before="140" w:after="60"/>
      </w:pPr>
      <w:r>
        <w:rPr>
          <w:b/>
          <w:color w:val="C47D68"/>
          <w:sz w:val="18"/>
        </w:rPr>
        <w:t>LES TROIS PAIRES QUI RÉSONNENT LE PLUS FORTEMENT EN MOI AUJOURD'HUI</w:t>
      </w:r>
    </w:p>
    <w:p w14:paraId="51AF7F43" w14:textId="77777777" w:rsidR="00AA24B8" w:rsidRDefault="004C3622">
      <w:pPr>
        <w:spacing w:before="40" w:after="60"/>
      </w:pPr>
      <w:r>
        <w:rPr>
          <w:color w:val="B8B8B8"/>
          <w:sz w:val="18"/>
        </w:rPr>
        <w:t>________________________________________________________________________________</w:t>
      </w:r>
    </w:p>
    <w:p w14:paraId="54B2206E" w14:textId="77777777" w:rsidR="00AA24B8" w:rsidRDefault="004C3622">
      <w:pPr>
        <w:spacing w:before="40" w:after="60"/>
      </w:pPr>
      <w:r>
        <w:rPr>
          <w:color w:val="B8B8B8"/>
          <w:sz w:val="18"/>
        </w:rPr>
        <w:t>________________________________________________________________________________</w:t>
      </w:r>
    </w:p>
    <w:p w14:paraId="5092F5CD" w14:textId="77777777" w:rsidR="00AA24B8" w:rsidRDefault="004C3622">
      <w:pPr>
        <w:spacing w:before="40" w:after="60"/>
      </w:pPr>
      <w:r>
        <w:rPr>
          <w:color w:val="B8B8B8"/>
          <w:sz w:val="18"/>
        </w:rPr>
        <w:t>________________________________________________________________________________</w:t>
      </w:r>
    </w:p>
    <w:p w14:paraId="30EC8B25" w14:textId="77777777" w:rsidR="00AA24B8" w:rsidRDefault="004C3622">
      <w:pPr>
        <w:keepNext/>
        <w:spacing w:before="140" w:after="60"/>
      </w:pPr>
      <w:r>
        <w:rPr>
          <w:b/>
          <w:color w:val="C47D68"/>
          <w:sz w:val="18"/>
        </w:rPr>
        <w:t>LA QUALITÉ QUE J'EXPRIME AVEC LE PLUS DE FACILITÉ</w:t>
      </w:r>
    </w:p>
    <w:p w14:paraId="7DA2E3D4" w14:textId="77777777" w:rsidR="00AA24B8" w:rsidRDefault="004C3622">
      <w:pPr>
        <w:spacing w:before="40" w:after="60"/>
      </w:pPr>
      <w:r>
        <w:rPr>
          <w:color w:val="B8B8B8"/>
          <w:sz w:val="18"/>
        </w:rPr>
        <w:t>________________________________________________________________________________</w:t>
      </w:r>
    </w:p>
    <w:p w14:paraId="6D0B309A" w14:textId="77777777" w:rsidR="00AA24B8" w:rsidRDefault="004C3622">
      <w:pPr>
        <w:spacing w:before="40" w:after="60"/>
      </w:pPr>
      <w:r>
        <w:rPr>
          <w:color w:val="B8B8B8"/>
          <w:sz w:val="18"/>
        </w:rPr>
        <w:t>________________________________________________________________________________</w:t>
      </w:r>
    </w:p>
    <w:p w14:paraId="6154760F" w14:textId="77777777" w:rsidR="00AA24B8" w:rsidRDefault="004C3622">
      <w:pPr>
        <w:keepNext/>
        <w:spacing w:before="140" w:after="60"/>
      </w:pPr>
      <w:r>
        <w:rPr>
          <w:b/>
          <w:color w:val="C47D68"/>
          <w:sz w:val="18"/>
        </w:rPr>
        <w:t>LA QUALITÉ QUE J'AI TENDANCE À RETENIR OU À ÉVITER</w:t>
      </w:r>
    </w:p>
    <w:p w14:paraId="00420FDE" w14:textId="77777777" w:rsidR="00AA24B8" w:rsidRDefault="004C3622">
      <w:pPr>
        <w:spacing w:before="40" w:after="60"/>
      </w:pPr>
      <w:r>
        <w:rPr>
          <w:color w:val="B8B8B8"/>
          <w:sz w:val="18"/>
        </w:rPr>
        <w:t>________________________________________________________________________________</w:t>
      </w:r>
    </w:p>
    <w:p w14:paraId="01677924" w14:textId="77777777" w:rsidR="00AA24B8" w:rsidRDefault="004C3622">
      <w:pPr>
        <w:spacing w:before="40" w:after="60"/>
      </w:pPr>
      <w:r>
        <w:rPr>
          <w:color w:val="B8B8B8"/>
          <w:sz w:val="18"/>
        </w:rPr>
        <w:t>________________________________________________________________________________</w:t>
      </w:r>
    </w:p>
    <w:p w14:paraId="799F041C" w14:textId="77777777" w:rsidR="00AA24B8" w:rsidRDefault="004C3622">
      <w:pPr>
        <w:keepNext/>
        <w:spacing w:before="140" w:after="60"/>
      </w:pPr>
      <w:r>
        <w:rPr>
          <w:b/>
          <w:color w:val="C47D68"/>
          <w:sz w:val="18"/>
        </w:rPr>
        <w:t>UNE QUALITÉ QUE J'UTILISE PARFOIS DE MANIÈRE EXCESSIVE</w:t>
      </w:r>
    </w:p>
    <w:p w14:paraId="646DB0ED" w14:textId="77777777" w:rsidR="00AA24B8" w:rsidRDefault="004C3622">
      <w:pPr>
        <w:spacing w:before="40" w:after="60"/>
      </w:pPr>
      <w:r>
        <w:rPr>
          <w:color w:val="B8B8B8"/>
          <w:sz w:val="18"/>
        </w:rPr>
        <w:t>________________________________________________________________________________</w:t>
      </w:r>
    </w:p>
    <w:p w14:paraId="5F2951FB" w14:textId="77777777" w:rsidR="00AA24B8" w:rsidRDefault="004C3622">
      <w:pPr>
        <w:spacing w:before="40" w:after="60"/>
      </w:pPr>
      <w:r>
        <w:rPr>
          <w:color w:val="B8B8B8"/>
          <w:sz w:val="18"/>
        </w:rPr>
        <w:t>________________________________________________________________________________</w:t>
      </w:r>
    </w:p>
    <w:p w14:paraId="4F3AFAE0" w14:textId="77777777" w:rsidR="00AA24B8" w:rsidRDefault="004C3622">
      <w:pPr>
        <w:keepNext/>
        <w:spacing w:before="140" w:after="60"/>
      </w:pPr>
      <w:r>
        <w:rPr>
          <w:b/>
          <w:color w:val="C47D68"/>
          <w:sz w:val="18"/>
        </w:rPr>
        <w:t>CE QUE CES OBSERVATIONS ME RÉVÈLENT SUR MES BESOINS, MES PEURS OU MES AUTOMATISMES</w:t>
      </w:r>
    </w:p>
    <w:p w14:paraId="24B74469" w14:textId="77777777" w:rsidR="00AA24B8" w:rsidRDefault="004C3622">
      <w:pPr>
        <w:spacing w:before="40" w:after="60"/>
      </w:pPr>
      <w:r>
        <w:rPr>
          <w:color w:val="B8B8B8"/>
          <w:sz w:val="18"/>
        </w:rPr>
        <w:t>________________________________________________________________________________</w:t>
      </w:r>
    </w:p>
    <w:p w14:paraId="25C82C3D" w14:textId="77777777" w:rsidR="00AA24B8" w:rsidRDefault="004C3622">
      <w:pPr>
        <w:spacing w:before="40" w:after="60"/>
      </w:pPr>
      <w:r>
        <w:rPr>
          <w:color w:val="B8B8B8"/>
          <w:sz w:val="18"/>
        </w:rPr>
        <w:t>________________________________________________________________________________</w:t>
      </w:r>
    </w:p>
    <w:p w14:paraId="0B55ED91" w14:textId="77777777" w:rsidR="00AA24B8" w:rsidRDefault="004C3622">
      <w:pPr>
        <w:spacing w:before="40" w:after="60"/>
      </w:pPr>
      <w:r>
        <w:rPr>
          <w:color w:val="B8B8B8"/>
          <w:sz w:val="18"/>
        </w:rPr>
        <w:t>________________________________________________________________________________</w:t>
      </w:r>
    </w:p>
    <w:p w14:paraId="7A877923" w14:textId="77777777" w:rsidR="00AA24B8" w:rsidRDefault="004C3622">
      <w:pPr>
        <w:keepNext/>
        <w:spacing w:before="140" w:after="60"/>
      </w:pPr>
      <w:r>
        <w:rPr>
          <w:b/>
          <w:color w:val="C47D68"/>
          <w:sz w:val="18"/>
        </w:rPr>
        <w:t>LA PAIRE QUE JE CHOISIS D'EXPLORER EN PRIORITÉ</w:t>
      </w:r>
    </w:p>
    <w:p w14:paraId="3A3F2D06" w14:textId="77777777" w:rsidR="00AA24B8" w:rsidRDefault="004C3622">
      <w:pPr>
        <w:spacing w:before="40" w:after="60"/>
      </w:pPr>
      <w:r>
        <w:rPr>
          <w:color w:val="B8B8B8"/>
          <w:sz w:val="18"/>
        </w:rPr>
        <w:t>________________________________________________________________________________</w:t>
      </w:r>
    </w:p>
    <w:p w14:paraId="24AF1C05" w14:textId="77777777" w:rsidR="00AA24B8" w:rsidRDefault="004C3622">
      <w:pPr>
        <w:spacing w:before="40" w:after="60"/>
      </w:pPr>
      <w:r>
        <w:rPr>
          <w:color w:val="B8B8B8"/>
          <w:sz w:val="18"/>
        </w:rPr>
        <w:t>________________________________________________________________________________</w:t>
      </w:r>
    </w:p>
    <w:p w14:paraId="6CD2A150" w14:textId="77777777" w:rsidR="00AA24B8" w:rsidRDefault="004C3622">
      <w:r>
        <w:br w:type="page"/>
      </w:r>
    </w:p>
    <w:p w14:paraId="67836E6D" w14:textId="77777777" w:rsidR="00AA24B8" w:rsidRPr="00FE3847" w:rsidRDefault="004C3622">
      <w:pPr>
        <w:pStyle w:val="Titre1"/>
        <w:rPr>
          <w:color w:val="002060"/>
        </w:rPr>
      </w:pPr>
      <w:r w:rsidRPr="00FE3847">
        <w:rPr>
          <w:color w:val="002060"/>
        </w:rPr>
        <w:lastRenderedPageBreak/>
        <w:t>Mon expérimentation</w:t>
      </w:r>
    </w:p>
    <w:p w14:paraId="383028E2" w14:textId="77777777" w:rsidR="00AA24B8" w:rsidRDefault="004C3622">
      <w:pPr>
        <w:spacing w:line="259" w:lineRule="auto"/>
      </w:pPr>
      <w:r>
        <w:t>Je choisis une seule paire et une situation concrète. Mon objectif n'est pas de me forcer à devenir quelqu'un d'autre, mais d'expérimenter une réponse plus libre et plus ajustée.</w:t>
      </w:r>
    </w:p>
    <w:p w14:paraId="2A9D4569" w14:textId="77777777" w:rsidR="00AA24B8" w:rsidRDefault="004C3622">
      <w:pPr>
        <w:keepNext/>
        <w:spacing w:before="140" w:after="60"/>
      </w:pPr>
      <w:r>
        <w:rPr>
          <w:b/>
          <w:color w:val="C47D68"/>
          <w:sz w:val="18"/>
        </w:rPr>
        <w:t>LA PAIRE CHOISIE</w:t>
      </w:r>
    </w:p>
    <w:p w14:paraId="6E7CA8C8" w14:textId="77777777" w:rsidR="00AA24B8" w:rsidRDefault="004C3622">
      <w:pPr>
        <w:spacing w:before="40" w:after="60"/>
      </w:pPr>
      <w:r>
        <w:rPr>
          <w:color w:val="B8B8B8"/>
          <w:sz w:val="18"/>
        </w:rPr>
        <w:t>________________________________________________________________________________</w:t>
      </w:r>
    </w:p>
    <w:p w14:paraId="3F63E01E" w14:textId="77777777" w:rsidR="00AA24B8" w:rsidRDefault="004C3622">
      <w:pPr>
        <w:spacing w:before="40" w:after="60"/>
      </w:pPr>
      <w:r>
        <w:rPr>
          <w:color w:val="B8B8B8"/>
          <w:sz w:val="18"/>
        </w:rPr>
        <w:t>________________________________________________________________________________</w:t>
      </w:r>
    </w:p>
    <w:p w14:paraId="7599A242" w14:textId="77777777" w:rsidR="00AA24B8" w:rsidRDefault="004C3622">
      <w:pPr>
        <w:keepNext/>
        <w:spacing w:before="140" w:after="60"/>
      </w:pPr>
      <w:r>
        <w:rPr>
          <w:b/>
          <w:color w:val="C47D68"/>
          <w:sz w:val="18"/>
        </w:rPr>
        <w:t>LA SITUATION DANS LAQUELLE JE SOUHAITE L'EXPLORER</w:t>
      </w:r>
    </w:p>
    <w:p w14:paraId="21F2A322" w14:textId="77777777" w:rsidR="00AA24B8" w:rsidRDefault="004C3622">
      <w:pPr>
        <w:spacing w:before="40" w:after="60"/>
      </w:pPr>
      <w:r>
        <w:rPr>
          <w:color w:val="B8B8B8"/>
          <w:sz w:val="18"/>
        </w:rPr>
        <w:t>________________________________________________________________________________</w:t>
      </w:r>
    </w:p>
    <w:p w14:paraId="74690B37" w14:textId="77777777" w:rsidR="00AA24B8" w:rsidRDefault="004C3622">
      <w:pPr>
        <w:spacing w:before="40" w:after="60"/>
      </w:pPr>
      <w:r>
        <w:rPr>
          <w:color w:val="B8B8B8"/>
          <w:sz w:val="18"/>
        </w:rPr>
        <w:t>________________________________________________________________________________</w:t>
      </w:r>
    </w:p>
    <w:p w14:paraId="7CE04233" w14:textId="77777777" w:rsidR="00AA24B8" w:rsidRDefault="004C3622">
      <w:pPr>
        <w:spacing w:before="40" w:after="60"/>
      </w:pPr>
      <w:r>
        <w:rPr>
          <w:color w:val="B8B8B8"/>
          <w:sz w:val="18"/>
        </w:rPr>
        <w:t>________________________________________________________________________________</w:t>
      </w:r>
    </w:p>
    <w:p w14:paraId="42589D3B" w14:textId="77777777" w:rsidR="00AA24B8" w:rsidRDefault="004C3622">
      <w:pPr>
        <w:spacing w:before="40" w:after="60"/>
      </w:pPr>
      <w:r>
        <w:rPr>
          <w:color w:val="B8B8B8"/>
          <w:sz w:val="18"/>
        </w:rPr>
        <w:t>________________________________________________________________________________</w:t>
      </w:r>
    </w:p>
    <w:p w14:paraId="5C94C044" w14:textId="77777777" w:rsidR="00AA24B8" w:rsidRDefault="004C3622">
      <w:pPr>
        <w:keepNext/>
        <w:spacing w:before="140" w:after="60"/>
      </w:pPr>
      <w:r>
        <w:rPr>
          <w:b/>
          <w:color w:val="C47D68"/>
          <w:sz w:val="18"/>
        </w:rPr>
        <w:t>MON AUTOMATISME HABITUEL</w:t>
      </w:r>
    </w:p>
    <w:p w14:paraId="51A0D6C1" w14:textId="77777777" w:rsidR="00AA24B8" w:rsidRDefault="004C3622">
      <w:pPr>
        <w:spacing w:before="40" w:after="60"/>
      </w:pPr>
      <w:r>
        <w:rPr>
          <w:color w:val="B8B8B8"/>
          <w:sz w:val="18"/>
        </w:rPr>
        <w:t>________________________________________________________________________________</w:t>
      </w:r>
    </w:p>
    <w:p w14:paraId="225B9317" w14:textId="77777777" w:rsidR="00AA24B8" w:rsidRDefault="004C3622">
      <w:pPr>
        <w:spacing w:before="40" w:after="60"/>
      </w:pPr>
      <w:r>
        <w:rPr>
          <w:color w:val="B8B8B8"/>
          <w:sz w:val="18"/>
        </w:rPr>
        <w:t>________________________________________________________________________________</w:t>
      </w:r>
    </w:p>
    <w:p w14:paraId="2E269F31" w14:textId="77777777" w:rsidR="00AA24B8" w:rsidRDefault="004C3622">
      <w:pPr>
        <w:spacing w:before="40" w:after="60"/>
      </w:pPr>
      <w:r>
        <w:rPr>
          <w:color w:val="B8B8B8"/>
          <w:sz w:val="18"/>
        </w:rPr>
        <w:t>________________________________________________________________________________</w:t>
      </w:r>
    </w:p>
    <w:p w14:paraId="1AB5D95E" w14:textId="77777777" w:rsidR="00AA24B8" w:rsidRDefault="004C3622">
      <w:pPr>
        <w:spacing w:before="40" w:after="60"/>
      </w:pPr>
      <w:r>
        <w:rPr>
          <w:color w:val="B8B8B8"/>
          <w:sz w:val="18"/>
        </w:rPr>
        <w:t>________________________________________________________________________________</w:t>
      </w:r>
    </w:p>
    <w:p w14:paraId="4D60B853" w14:textId="77777777" w:rsidR="00AA24B8" w:rsidRDefault="004C3622">
      <w:pPr>
        <w:keepNext/>
        <w:spacing w:before="140" w:after="60"/>
      </w:pPr>
      <w:r>
        <w:rPr>
          <w:b/>
          <w:color w:val="C47D68"/>
          <w:sz w:val="18"/>
        </w:rPr>
        <w:t>LA QUALITÉ COMPLÉMENTAIRE QUE JE SOUHAITE MOBILISER</w:t>
      </w:r>
    </w:p>
    <w:p w14:paraId="128C2571" w14:textId="77777777" w:rsidR="00AA24B8" w:rsidRDefault="004C3622">
      <w:pPr>
        <w:spacing w:before="40" w:after="60"/>
      </w:pPr>
      <w:r>
        <w:rPr>
          <w:color w:val="B8B8B8"/>
          <w:sz w:val="18"/>
        </w:rPr>
        <w:t>________________________________________________________________________________</w:t>
      </w:r>
    </w:p>
    <w:p w14:paraId="25851900" w14:textId="77777777" w:rsidR="00AA24B8" w:rsidRDefault="004C3622">
      <w:pPr>
        <w:spacing w:before="40" w:after="60"/>
      </w:pPr>
      <w:r>
        <w:rPr>
          <w:color w:val="B8B8B8"/>
          <w:sz w:val="18"/>
        </w:rPr>
        <w:t>________________________________________________________________________________</w:t>
      </w:r>
    </w:p>
    <w:p w14:paraId="7E1CCA45" w14:textId="77777777" w:rsidR="00AA24B8" w:rsidRDefault="004C3622">
      <w:pPr>
        <w:spacing w:before="40" w:after="60"/>
      </w:pPr>
      <w:r>
        <w:rPr>
          <w:color w:val="B8B8B8"/>
          <w:sz w:val="18"/>
        </w:rPr>
        <w:t>________________________________________________________________________________</w:t>
      </w:r>
    </w:p>
    <w:p w14:paraId="3188BEE4" w14:textId="77777777" w:rsidR="00AA24B8" w:rsidRDefault="004C3622">
      <w:pPr>
        <w:keepNext/>
        <w:spacing w:before="140" w:after="60"/>
      </w:pPr>
      <w:r>
        <w:rPr>
          <w:b/>
          <w:color w:val="C47D68"/>
          <w:sz w:val="18"/>
        </w:rPr>
        <w:t>LE PETIT PAS CONCRET QUE JE VAIS ESSAYER</w:t>
      </w:r>
    </w:p>
    <w:p w14:paraId="660FF430" w14:textId="77777777" w:rsidR="00AA24B8" w:rsidRDefault="004C3622">
      <w:pPr>
        <w:spacing w:before="40" w:after="60"/>
      </w:pPr>
      <w:r>
        <w:rPr>
          <w:color w:val="B8B8B8"/>
          <w:sz w:val="18"/>
        </w:rPr>
        <w:t>________________________________________________________________________________</w:t>
      </w:r>
    </w:p>
    <w:p w14:paraId="0D17BA98" w14:textId="77777777" w:rsidR="00AA24B8" w:rsidRDefault="004C3622">
      <w:pPr>
        <w:spacing w:before="40" w:after="60"/>
      </w:pPr>
      <w:r>
        <w:rPr>
          <w:color w:val="B8B8B8"/>
          <w:sz w:val="18"/>
        </w:rPr>
        <w:t>________________________________________________________________________________</w:t>
      </w:r>
    </w:p>
    <w:p w14:paraId="625E14EF" w14:textId="77777777" w:rsidR="00AA24B8" w:rsidRDefault="004C3622">
      <w:pPr>
        <w:spacing w:before="40" w:after="60"/>
      </w:pPr>
      <w:r>
        <w:rPr>
          <w:color w:val="B8B8B8"/>
          <w:sz w:val="18"/>
        </w:rPr>
        <w:t>________________________________________________________________________________</w:t>
      </w:r>
    </w:p>
    <w:p w14:paraId="4E560C1C" w14:textId="77777777" w:rsidR="00AA24B8" w:rsidRDefault="004C3622">
      <w:pPr>
        <w:spacing w:before="40" w:after="60"/>
      </w:pPr>
      <w:r>
        <w:rPr>
          <w:color w:val="B8B8B8"/>
          <w:sz w:val="18"/>
        </w:rPr>
        <w:t>________________________________________________________________________________</w:t>
      </w:r>
    </w:p>
    <w:p w14:paraId="561B6E9B" w14:textId="77777777" w:rsidR="00AA24B8" w:rsidRDefault="004C3622">
      <w:pPr>
        <w:keepNext/>
        <w:spacing w:before="140" w:after="60"/>
      </w:pPr>
      <w:r>
        <w:rPr>
          <w:b/>
          <w:color w:val="C47D68"/>
          <w:sz w:val="18"/>
        </w:rPr>
        <w:t>CE QUI POURRAIT M'AIDER OU ME SOUTENIR</w:t>
      </w:r>
    </w:p>
    <w:p w14:paraId="756F0161" w14:textId="77777777" w:rsidR="00AA24B8" w:rsidRDefault="004C3622">
      <w:pPr>
        <w:spacing w:before="40" w:after="60"/>
      </w:pPr>
      <w:r>
        <w:rPr>
          <w:color w:val="B8B8B8"/>
          <w:sz w:val="18"/>
        </w:rPr>
        <w:t>________________________________________________________________________________</w:t>
      </w:r>
    </w:p>
    <w:p w14:paraId="3E94D49C" w14:textId="77777777" w:rsidR="00AA24B8" w:rsidRDefault="004C3622">
      <w:pPr>
        <w:spacing w:before="40" w:after="60"/>
      </w:pPr>
      <w:r>
        <w:rPr>
          <w:color w:val="B8B8B8"/>
          <w:sz w:val="18"/>
        </w:rPr>
        <w:t>________________________________________________________________________________</w:t>
      </w:r>
    </w:p>
    <w:p w14:paraId="6EAD2D93" w14:textId="77777777" w:rsidR="00AA24B8" w:rsidRDefault="004C3622">
      <w:pPr>
        <w:spacing w:before="40" w:after="60"/>
      </w:pPr>
      <w:r>
        <w:rPr>
          <w:color w:val="B8B8B8"/>
          <w:sz w:val="18"/>
        </w:rPr>
        <w:t>________________________________________________________________________________</w:t>
      </w:r>
    </w:p>
    <w:p w14:paraId="04BA567E" w14:textId="77777777" w:rsidR="00AA24B8" w:rsidRDefault="004C3622">
      <w:pPr>
        <w:keepNext/>
        <w:spacing w:before="140" w:after="60"/>
      </w:pPr>
      <w:r>
        <w:rPr>
          <w:b/>
          <w:color w:val="C47D68"/>
          <w:sz w:val="18"/>
        </w:rPr>
        <w:t>LA DATE OU LA PÉRIODE DE L'EXPÉRIMENTATION</w:t>
      </w:r>
    </w:p>
    <w:p w14:paraId="7B94DD70" w14:textId="77777777" w:rsidR="00AA24B8" w:rsidRDefault="004C3622">
      <w:pPr>
        <w:spacing w:before="40" w:after="60"/>
      </w:pPr>
      <w:r>
        <w:rPr>
          <w:color w:val="B8B8B8"/>
          <w:sz w:val="18"/>
        </w:rPr>
        <w:t>________________________________________________________________________________</w:t>
      </w:r>
    </w:p>
    <w:p w14:paraId="18FFFE56" w14:textId="77777777" w:rsidR="00AA24B8" w:rsidRDefault="004C3622">
      <w:pPr>
        <w:spacing w:before="40" w:after="60"/>
      </w:pPr>
      <w:r>
        <w:rPr>
          <w:color w:val="B8B8B8"/>
          <w:sz w:val="18"/>
        </w:rPr>
        <w:t>________________________________________________________________________________</w:t>
      </w:r>
    </w:p>
    <w:p w14:paraId="2FCCEB68" w14:textId="77777777" w:rsidR="00AA24B8" w:rsidRDefault="004C3622">
      <w:r>
        <w:br w:type="page"/>
      </w:r>
    </w:p>
    <w:p w14:paraId="636FB72A" w14:textId="77777777" w:rsidR="00AA24B8" w:rsidRPr="00FE3847" w:rsidRDefault="004C3622">
      <w:pPr>
        <w:pStyle w:val="Titre1"/>
        <w:rPr>
          <w:color w:val="002060"/>
        </w:rPr>
      </w:pPr>
      <w:r w:rsidRPr="00FE3847">
        <w:rPr>
          <w:color w:val="002060"/>
        </w:rPr>
        <w:lastRenderedPageBreak/>
        <w:t>Après mon expérimentation</w:t>
      </w:r>
    </w:p>
    <w:p w14:paraId="4FD2C3E9" w14:textId="77777777" w:rsidR="00AA24B8" w:rsidRDefault="004C3622">
      <w:pPr>
        <w:keepNext/>
        <w:spacing w:before="140" w:after="60"/>
      </w:pPr>
      <w:r>
        <w:rPr>
          <w:b/>
          <w:color w:val="C47D68"/>
          <w:sz w:val="18"/>
        </w:rPr>
        <w:t>CE QUE J'AI RÉELLEMENT FAIT</w:t>
      </w:r>
    </w:p>
    <w:p w14:paraId="63B2B2EF" w14:textId="77777777" w:rsidR="00AA24B8" w:rsidRDefault="004C3622">
      <w:pPr>
        <w:spacing w:before="40" w:after="60"/>
      </w:pPr>
      <w:r>
        <w:rPr>
          <w:color w:val="B8B8B8"/>
          <w:sz w:val="18"/>
        </w:rPr>
        <w:t>________________________________________________________________________________</w:t>
      </w:r>
    </w:p>
    <w:p w14:paraId="59876D3D" w14:textId="77777777" w:rsidR="00AA24B8" w:rsidRDefault="004C3622">
      <w:pPr>
        <w:spacing w:before="40" w:after="60"/>
      </w:pPr>
      <w:r>
        <w:rPr>
          <w:color w:val="B8B8B8"/>
          <w:sz w:val="18"/>
        </w:rPr>
        <w:t>________________________________________________________________________________</w:t>
      </w:r>
    </w:p>
    <w:p w14:paraId="3B76A503" w14:textId="77777777" w:rsidR="00AA24B8" w:rsidRDefault="004C3622">
      <w:pPr>
        <w:spacing w:before="40" w:after="60"/>
      </w:pPr>
      <w:r>
        <w:rPr>
          <w:color w:val="B8B8B8"/>
          <w:sz w:val="18"/>
        </w:rPr>
        <w:t>________________________________________________________________________________</w:t>
      </w:r>
    </w:p>
    <w:p w14:paraId="51A5347D" w14:textId="77777777" w:rsidR="00AA24B8" w:rsidRDefault="004C3622">
      <w:pPr>
        <w:spacing w:before="40" w:after="60"/>
      </w:pPr>
      <w:r>
        <w:rPr>
          <w:color w:val="B8B8B8"/>
          <w:sz w:val="18"/>
        </w:rPr>
        <w:t>________________________________________________________________________________</w:t>
      </w:r>
    </w:p>
    <w:p w14:paraId="49DB756D" w14:textId="77777777" w:rsidR="00AA24B8" w:rsidRDefault="004C3622">
      <w:pPr>
        <w:keepNext/>
        <w:spacing w:before="140" w:after="60"/>
      </w:pPr>
      <w:r>
        <w:rPr>
          <w:b/>
          <w:color w:val="C47D68"/>
          <w:sz w:val="18"/>
        </w:rPr>
        <w:t>CE QUE J'AI RESSENTI DANS MON CORPS ET DANS MES ÉMOTIONS</w:t>
      </w:r>
    </w:p>
    <w:p w14:paraId="0334C486" w14:textId="77777777" w:rsidR="00AA24B8" w:rsidRDefault="004C3622">
      <w:pPr>
        <w:spacing w:before="40" w:after="60"/>
      </w:pPr>
      <w:r>
        <w:rPr>
          <w:color w:val="B8B8B8"/>
          <w:sz w:val="18"/>
        </w:rPr>
        <w:t>________________________________________________________________________________</w:t>
      </w:r>
    </w:p>
    <w:p w14:paraId="1A63E7B4" w14:textId="77777777" w:rsidR="00AA24B8" w:rsidRDefault="004C3622">
      <w:pPr>
        <w:spacing w:before="40" w:after="60"/>
      </w:pPr>
      <w:r>
        <w:rPr>
          <w:color w:val="B8B8B8"/>
          <w:sz w:val="18"/>
        </w:rPr>
        <w:t>________________________________________________________________________________</w:t>
      </w:r>
    </w:p>
    <w:p w14:paraId="05BC9F84" w14:textId="77777777" w:rsidR="00AA24B8" w:rsidRDefault="004C3622">
      <w:pPr>
        <w:spacing w:before="40" w:after="60"/>
      </w:pPr>
      <w:r>
        <w:rPr>
          <w:color w:val="B8B8B8"/>
          <w:sz w:val="18"/>
        </w:rPr>
        <w:t>________________________________________________________________________________</w:t>
      </w:r>
    </w:p>
    <w:p w14:paraId="30403B22" w14:textId="77777777" w:rsidR="00AA24B8" w:rsidRDefault="004C3622">
      <w:pPr>
        <w:spacing w:before="40" w:after="60"/>
      </w:pPr>
      <w:r>
        <w:rPr>
          <w:color w:val="B8B8B8"/>
          <w:sz w:val="18"/>
        </w:rPr>
        <w:t>________________________________________________________________________________</w:t>
      </w:r>
    </w:p>
    <w:p w14:paraId="2B295953" w14:textId="77777777" w:rsidR="00AA24B8" w:rsidRDefault="004C3622">
      <w:pPr>
        <w:keepNext/>
        <w:spacing w:before="140" w:after="60"/>
      </w:pPr>
      <w:r>
        <w:rPr>
          <w:b/>
          <w:color w:val="C47D68"/>
          <w:sz w:val="18"/>
        </w:rPr>
        <w:t>CE QUI A ÉTÉ FACILE OU NATUREL</w:t>
      </w:r>
    </w:p>
    <w:p w14:paraId="6C54940D" w14:textId="77777777" w:rsidR="00AA24B8" w:rsidRDefault="004C3622">
      <w:pPr>
        <w:spacing w:before="40" w:after="60"/>
      </w:pPr>
      <w:r>
        <w:rPr>
          <w:color w:val="B8B8B8"/>
          <w:sz w:val="18"/>
        </w:rPr>
        <w:t>________________________________________________________________________________</w:t>
      </w:r>
    </w:p>
    <w:p w14:paraId="03C09AD5" w14:textId="77777777" w:rsidR="00AA24B8" w:rsidRDefault="004C3622">
      <w:pPr>
        <w:spacing w:before="40" w:after="60"/>
      </w:pPr>
      <w:r>
        <w:rPr>
          <w:color w:val="B8B8B8"/>
          <w:sz w:val="18"/>
        </w:rPr>
        <w:t>________________________________________________________________________________</w:t>
      </w:r>
    </w:p>
    <w:p w14:paraId="0F008445" w14:textId="77777777" w:rsidR="00AA24B8" w:rsidRDefault="004C3622">
      <w:pPr>
        <w:spacing w:before="40" w:after="60"/>
      </w:pPr>
      <w:r>
        <w:rPr>
          <w:color w:val="B8B8B8"/>
          <w:sz w:val="18"/>
        </w:rPr>
        <w:t>________________________________________________________________________________</w:t>
      </w:r>
    </w:p>
    <w:p w14:paraId="21DF08F6" w14:textId="77777777" w:rsidR="00AA24B8" w:rsidRDefault="004C3622">
      <w:pPr>
        <w:keepNext/>
        <w:spacing w:before="140" w:after="60"/>
      </w:pPr>
      <w:r>
        <w:rPr>
          <w:b/>
          <w:color w:val="C47D68"/>
          <w:sz w:val="18"/>
        </w:rPr>
        <w:t>CE QUI A ÉTÉ DIFFICILE OU INCONFORTABLE</w:t>
      </w:r>
    </w:p>
    <w:p w14:paraId="04677A32" w14:textId="77777777" w:rsidR="00AA24B8" w:rsidRDefault="004C3622">
      <w:pPr>
        <w:spacing w:before="40" w:after="60"/>
      </w:pPr>
      <w:r>
        <w:rPr>
          <w:color w:val="B8B8B8"/>
          <w:sz w:val="18"/>
        </w:rPr>
        <w:t>________________________________________________________________________________</w:t>
      </w:r>
    </w:p>
    <w:p w14:paraId="10C785D1" w14:textId="77777777" w:rsidR="00AA24B8" w:rsidRDefault="004C3622">
      <w:pPr>
        <w:spacing w:before="40" w:after="60"/>
      </w:pPr>
      <w:r>
        <w:rPr>
          <w:color w:val="B8B8B8"/>
          <w:sz w:val="18"/>
        </w:rPr>
        <w:t>________________________________________________________________________________</w:t>
      </w:r>
    </w:p>
    <w:p w14:paraId="51655880" w14:textId="77777777" w:rsidR="00AA24B8" w:rsidRDefault="004C3622">
      <w:pPr>
        <w:spacing w:before="40" w:after="60"/>
      </w:pPr>
      <w:r>
        <w:rPr>
          <w:color w:val="B8B8B8"/>
          <w:sz w:val="18"/>
        </w:rPr>
        <w:t>________________________________________________________________________________</w:t>
      </w:r>
    </w:p>
    <w:p w14:paraId="3800FB78" w14:textId="77777777" w:rsidR="00AA24B8" w:rsidRDefault="004C3622">
      <w:pPr>
        <w:keepNext/>
        <w:spacing w:before="140" w:after="60"/>
      </w:pPr>
      <w:r>
        <w:rPr>
          <w:b/>
          <w:color w:val="C47D68"/>
          <w:sz w:val="18"/>
        </w:rPr>
        <w:t>CE QUE CETTE EXPÉRIENCE M'A APPRIS</w:t>
      </w:r>
    </w:p>
    <w:p w14:paraId="18BC03B0" w14:textId="77777777" w:rsidR="00AA24B8" w:rsidRDefault="004C3622">
      <w:pPr>
        <w:spacing w:before="40" w:after="60"/>
      </w:pPr>
      <w:r>
        <w:rPr>
          <w:color w:val="B8B8B8"/>
          <w:sz w:val="18"/>
        </w:rPr>
        <w:t>________________________________________________________________________________</w:t>
      </w:r>
    </w:p>
    <w:p w14:paraId="7FE62949" w14:textId="77777777" w:rsidR="00AA24B8" w:rsidRDefault="004C3622">
      <w:pPr>
        <w:spacing w:before="40" w:after="60"/>
      </w:pPr>
      <w:r>
        <w:rPr>
          <w:color w:val="B8B8B8"/>
          <w:sz w:val="18"/>
        </w:rPr>
        <w:t>________________________________________________________________________________</w:t>
      </w:r>
    </w:p>
    <w:p w14:paraId="3BCAD81F" w14:textId="77777777" w:rsidR="00AA24B8" w:rsidRDefault="004C3622">
      <w:pPr>
        <w:spacing w:before="40" w:after="60"/>
      </w:pPr>
      <w:r>
        <w:rPr>
          <w:color w:val="B8B8B8"/>
          <w:sz w:val="18"/>
        </w:rPr>
        <w:t>________________________________________________________________________________</w:t>
      </w:r>
    </w:p>
    <w:p w14:paraId="6FD1E7D0" w14:textId="77777777" w:rsidR="00AA24B8" w:rsidRDefault="004C3622">
      <w:pPr>
        <w:spacing w:before="40" w:after="60"/>
      </w:pPr>
      <w:r>
        <w:rPr>
          <w:color w:val="B8B8B8"/>
          <w:sz w:val="18"/>
        </w:rPr>
        <w:t>________________________________________________________________________________</w:t>
      </w:r>
    </w:p>
    <w:p w14:paraId="62B70C7F" w14:textId="77777777" w:rsidR="00AA24B8" w:rsidRDefault="004C3622">
      <w:pPr>
        <w:keepNext/>
        <w:spacing w:before="140" w:after="60"/>
      </w:pPr>
      <w:r>
        <w:rPr>
          <w:b/>
          <w:color w:val="C47D68"/>
          <w:sz w:val="18"/>
        </w:rPr>
        <w:t>CE QUE J'AIMERAIS POURSUIVRE, AJUSTER OU APPROFONDIR</w:t>
      </w:r>
    </w:p>
    <w:p w14:paraId="236760BF" w14:textId="77777777" w:rsidR="00AA24B8" w:rsidRDefault="004C3622">
      <w:pPr>
        <w:spacing w:before="40" w:after="60"/>
      </w:pPr>
      <w:r>
        <w:rPr>
          <w:color w:val="B8B8B8"/>
          <w:sz w:val="18"/>
        </w:rPr>
        <w:t>________________________________________________________________________________</w:t>
      </w:r>
    </w:p>
    <w:p w14:paraId="4FF7357C" w14:textId="77777777" w:rsidR="00AA24B8" w:rsidRDefault="004C3622">
      <w:pPr>
        <w:spacing w:before="40" w:after="60"/>
      </w:pPr>
      <w:r>
        <w:rPr>
          <w:color w:val="B8B8B8"/>
          <w:sz w:val="18"/>
        </w:rPr>
        <w:t>________________________________________________________________________________</w:t>
      </w:r>
    </w:p>
    <w:p w14:paraId="59CBB56E" w14:textId="77777777" w:rsidR="00AA24B8" w:rsidRDefault="004C3622">
      <w:pPr>
        <w:spacing w:before="40" w:after="60"/>
      </w:pPr>
      <w:r>
        <w:rPr>
          <w:color w:val="B8B8B8"/>
          <w:sz w:val="18"/>
        </w:rPr>
        <w:t>________________________________________________________________________________</w:t>
      </w:r>
    </w:p>
    <w:p w14:paraId="76FC1F90" w14:textId="77777777" w:rsidR="00AA24B8" w:rsidRDefault="004C3622">
      <w:pPr>
        <w:spacing w:before="40" w:after="60"/>
      </w:pPr>
      <w:r>
        <w:rPr>
          <w:color w:val="B8B8B8"/>
          <w:sz w:val="18"/>
        </w:rPr>
        <w:t>________________________________________________________________________________</w:t>
      </w:r>
    </w:p>
    <w:p w14:paraId="4153D903" w14:textId="77777777" w:rsidR="00AA24B8" w:rsidRDefault="004C3622">
      <w:r>
        <w:br w:type="page"/>
      </w:r>
    </w:p>
    <w:p w14:paraId="48B9321D" w14:textId="77777777" w:rsidR="00AA24B8" w:rsidRPr="00FE3847" w:rsidRDefault="004C3622">
      <w:pPr>
        <w:pStyle w:val="Titre1"/>
        <w:rPr>
          <w:color w:val="002060"/>
        </w:rPr>
      </w:pPr>
      <w:r w:rsidRPr="00FE3847">
        <w:rPr>
          <w:color w:val="002060"/>
        </w:rPr>
        <w:lastRenderedPageBreak/>
        <w:t>Préparer notre prochain échange</w:t>
      </w:r>
    </w:p>
    <w:p w14:paraId="03C45D34" w14:textId="77777777" w:rsidR="00AA24B8" w:rsidRDefault="004C3622">
      <w:pPr>
        <w:spacing w:line="259" w:lineRule="auto"/>
      </w:pPr>
      <w:r>
        <w:t>Je peux apporter ce carnet lors de notre prochain rendez-vous. Les réponses ne seront pas évaluées : elles serviront de points d'appui pour approfondir ce que je vis et choisir la suite du chemin.</w:t>
      </w:r>
    </w:p>
    <w:p w14:paraId="1F383F20" w14:textId="77777777" w:rsidR="00AA24B8" w:rsidRDefault="004C3622">
      <w:pPr>
        <w:keepNext/>
        <w:spacing w:before="140" w:after="60"/>
      </w:pPr>
      <w:r>
        <w:rPr>
          <w:b/>
          <w:color w:val="C47D68"/>
          <w:sz w:val="18"/>
        </w:rPr>
        <w:t>LA PRISE DE CONSCIENCE LA PLUS IMPORTANTE</w:t>
      </w:r>
    </w:p>
    <w:p w14:paraId="4BDA810C" w14:textId="77777777" w:rsidR="00AA24B8" w:rsidRDefault="004C3622">
      <w:pPr>
        <w:spacing w:before="40" w:after="60"/>
      </w:pPr>
      <w:r>
        <w:rPr>
          <w:color w:val="B8B8B8"/>
          <w:sz w:val="18"/>
        </w:rPr>
        <w:t>________________________________________________________________________________</w:t>
      </w:r>
    </w:p>
    <w:p w14:paraId="18957BB5" w14:textId="77777777" w:rsidR="00AA24B8" w:rsidRDefault="004C3622">
      <w:pPr>
        <w:spacing w:before="40" w:after="60"/>
      </w:pPr>
      <w:r>
        <w:rPr>
          <w:color w:val="B8B8B8"/>
          <w:sz w:val="18"/>
        </w:rPr>
        <w:t>________________________________________________________________________________</w:t>
      </w:r>
    </w:p>
    <w:p w14:paraId="39B79A22" w14:textId="77777777" w:rsidR="00AA24B8" w:rsidRDefault="004C3622">
      <w:pPr>
        <w:spacing w:before="40" w:after="60"/>
      </w:pPr>
      <w:r>
        <w:rPr>
          <w:color w:val="B8B8B8"/>
          <w:sz w:val="18"/>
        </w:rPr>
        <w:t>________________________________________________________________________________</w:t>
      </w:r>
    </w:p>
    <w:p w14:paraId="53A0D9D9" w14:textId="77777777" w:rsidR="00AA24B8" w:rsidRDefault="004C3622">
      <w:pPr>
        <w:spacing w:before="40" w:after="60"/>
      </w:pPr>
      <w:r>
        <w:rPr>
          <w:color w:val="B8B8B8"/>
          <w:sz w:val="18"/>
        </w:rPr>
        <w:t>________________________________________________________________________________</w:t>
      </w:r>
    </w:p>
    <w:p w14:paraId="5CD24F51" w14:textId="77777777" w:rsidR="00AA24B8" w:rsidRDefault="004C3622">
      <w:pPr>
        <w:keepNext/>
        <w:spacing w:before="140" w:after="60"/>
      </w:pPr>
      <w:r>
        <w:rPr>
          <w:b/>
          <w:color w:val="C47D68"/>
          <w:sz w:val="18"/>
        </w:rPr>
        <w:t>UNE SITUATION QUE JE SOUHAITE REGARDER AVEC CÉLINE</w:t>
      </w:r>
    </w:p>
    <w:p w14:paraId="0B39CF70" w14:textId="77777777" w:rsidR="00AA24B8" w:rsidRDefault="004C3622">
      <w:pPr>
        <w:spacing w:before="40" w:after="60"/>
      </w:pPr>
      <w:r>
        <w:rPr>
          <w:color w:val="B8B8B8"/>
          <w:sz w:val="18"/>
        </w:rPr>
        <w:t>________________________________________________________________________________</w:t>
      </w:r>
    </w:p>
    <w:p w14:paraId="43D7BC93" w14:textId="77777777" w:rsidR="00AA24B8" w:rsidRDefault="004C3622">
      <w:pPr>
        <w:spacing w:before="40" w:after="60"/>
      </w:pPr>
      <w:r>
        <w:rPr>
          <w:color w:val="B8B8B8"/>
          <w:sz w:val="18"/>
        </w:rPr>
        <w:t>________________________________________________________________________________</w:t>
      </w:r>
    </w:p>
    <w:p w14:paraId="466A38C8" w14:textId="77777777" w:rsidR="00AA24B8" w:rsidRDefault="004C3622">
      <w:pPr>
        <w:spacing w:before="40" w:after="60"/>
      </w:pPr>
      <w:r>
        <w:rPr>
          <w:color w:val="B8B8B8"/>
          <w:sz w:val="18"/>
        </w:rPr>
        <w:t>________________________________________________________________________________</w:t>
      </w:r>
    </w:p>
    <w:p w14:paraId="74112147" w14:textId="77777777" w:rsidR="00AA24B8" w:rsidRDefault="004C3622">
      <w:pPr>
        <w:spacing w:before="40" w:after="60"/>
      </w:pPr>
      <w:r>
        <w:rPr>
          <w:color w:val="B8B8B8"/>
          <w:sz w:val="18"/>
        </w:rPr>
        <w:t>________________________________________________________________________________</w:t>
      </w:r>
    </w:p>
    <w:p w14:paraId="50368BB7" w14:textId="77777777" w:rsidR="00AA24B8" w:rsidRDefault="004C3622">
      <w:pPr>
        <w:spacing w:before="40" w:after="60"/>
      </w:pPr>
      <w:r>
        <w:rPr>
          <w:color w:val="B8B8B8"/>
          <w:sz w:val="18"/>
        </w:rPr>
        <w:t>________________________________________________________________________________</w:t>
      </w:r>
    </w:p>
    <w:p w14:paraId="579ACD1C" w14:textId="77777777" w:rsidR="00AA24B8" w:rsidRDefault="004C3622">
      <w:pPr>
        <w:keepNext/>
        <w:spacing w:before="140" w:after="60"/>
      </w:pPr>
      <w:r>
        <w:rPr>
          <w:b/>
          <w:color w:val="C47D68"/>
          <w:sz w:val="18"/>
        </w:rPr>
        <w:t>UNE QUESTION QUE J'AIMERAIS LUI POSER</w:t>
      </w:r>
    </w:p>
    <w:p w14:paraId="68BB9F02" w14:textId="77777777" w:rsidR="00AA24B8" w:rsidRDefault="004C3622">
      <w:pPr>
        <w:spacing w:before="40" w:after="60"/>
      </w:pPr>
      <w:r>
        <w:rPr>
          <w:color w:val="B8B8B8"/>
          <w:sz w:val="18"/>
        </w:rPr>
        <w:t>________________________________________________________________________________</w:t>
      </w:r>
    </w:p>
    <w:p w14:paraId="00D008E4" w14:textId="77777777" w:rsidR="00AA24B8" w:rsidRDefault="004C3622">
      <w:pPr>
        <w:spacing w:before="40" w:after="60"/>
      </w:pPr>
      <w:r>
        <w:rPr>
          <w:color w:val="B8B8B8"/>
          <w:sz w:val="18"/>
        </w:rPr>
        <w:t>________________________________________________________________________________</w:t>
      </w:r>
    </w:p>
    <w:p w14:paraId="47F1BB4A" w14:textId="77777777" w:rsidR="00AA24B8" w:rsidRDefault="004C3622">
      <w:pPr>
        <w:spacing w:before="40" w:after="60"/>
      </w:pPr>
      <w:r>
        <w:rPr>
          <w:color w:val="B8B8B8"/>
          <w:sz w:val="18"/>
        </w:rPr>
        <w:t>________________________________________________________________________________</w:t>
      </w:r>
    </w:p>
    <w:p w14:paraId="1FAAE306" w14:textId="77777777" w:rsidR="00AA24B8" w:rsidRDefault="004C3622">
      <w:pPr>
        <w:spacing w:before="40" w:after="60"/>
      </w:pPr>
      <w:r>
        <w:rPr>
          <w:color w:val="B8B8B8"/>
          <w:sz w:val="18"/>
        </w:rPr>
        <w:t>________________________________________________________________________________</w:t>
      </w:r>
    </w:p>
    <w:p w14:paraId="79D413A6" w14:textId="77777777" w:rsidR="00AA24B8" w:rsidRDefault="004C3622">
      <w:pPr>
        <w:keepNext/>
        <w:spacing w:before="140" w:after="60"/>
      </w:pPr>
      <w:r>
        <w:rPr>
          <w:b/>
          <w:color w:val="C47D68"/>
          <w:sz w:val="18"/>
        </w:rPr>
        <w:t>CE DONT J'AI BESOIN POUR LA SUITE</w:t>
      </w:r>
    </w:p>
    <w:p w14:paraId="5802C987" w14:textId="77777777" w:rsidR="00AA24B8" w:rsidRDefault="004C3622">
      <w:pPr>
        <w:spacing w:before="40" w:after="60"/>
      </w:pPr>
      <w:r>
        <w:rPr>
          <w:color w:val="B8B8B8"/>
          <w:sz w:val="18"/>
        </w:rPr>
        <w:t>________________________________________________________________________________</w:t>
      </w:r>
    </w:p>
    <w:p w14:paraId="7DFA348E" w14:textId="77777777" w:rsidR="00AA24B8" w:rsidRDefault="004C3622">
      <w:pPr>
        <w:spacing w:before="40" w:after="60"/>
      </w:pPr>
      <w:r>
        <w:rPr>
          <w:color w:val="B8B8B8"/>
          <w:sz w:val="18"/>
        </w:rPr>
        <w:t>________________________________________________________________________________</w:t>
      </w:r>
    </w:p>
    <w:p w14:paraId="02BF16BD" w14:textId="77777777" w:rsidR="00AA24B8" w:rsidRDefault="004C3622">
      <w:pPr>
        <w:spacing w:before="40" w:after="60"/>
      </w:pPr>
      <w:r>
        <w:rPr>
          <w:color w:val="B8B8B8"/>
          <w:sz w:val="18"/>
        </w:rPr>
        <w:t>________________________________________________________________________________</w:t>
      </w:r>
    </w:p>
    <w:p w14:paraId="77D7FA8B" w14:textId="77777777" w:rsidR="00AA24B8" w:rsidRDefault="004C3622">
      <w:pPr>
        <w:spacing w:before="40" w:after="60"/>
      </w:pPr>
      <w:r>
        <w:rPr>
          <w:color w:val="B8B8B8"/>
          <w:sz w:val="18"/>
        </w:rPr>
        <w:t>________________________________________________________________________________</w:t>
      </w:r>
    </w:p>
    <w:p w14:paraId="33B394F2" w14:textId="77777777" w:rsidR="00AA24B8" w:rsidRDefault="00AA24B8">
      <w:pPr>
        <w:spacing w:after="240"/>
      </w:pPr>
    </w:p>
    <w:p w14:paraId="196689EF" w14:textId="77777777" w:rsidR="00FE3847" w:rsidRDefault="004C3622">
      <w:pPr>
        <w:jc w:val="center"/>
        <w:rPr>
          <w:i/>
          <w:color w:val="173B55"/>
          <w:sz w:val="22"/>
        </w:rPr>
      </w:pPr>
      <w:r>
        <w:rPr>
          <w:i/>
          <w:color w:val="173B55"/>
          <w:sz w:val="22"/>
        </w:rPr>
        <w:t xml:space="preserve">Je n'ai rien à réussir. </w:t>
      </w:r>
    </w:p>
    <w:p w14:paraId="0B65C86E" w14:textId="213F6DDD" w:rsidR="00AA24B8" w:rsidRDefault="004C3622">
      <w:pPr>
        <w:jc w:val="center"/>
      </w:pPr>
      <w:proofErr w:type="spellStart"/>
      <w:r>
        <w:rPr>
          <w:i/>
          <w:color w:val="173B55"/>
          <w:sz w:val="22"/>
        </w:rPr>
        <w:t>J'apprends</w:t>
      </w:r>
      <w:proofErr w:type="spellEnd"/>
      <w:r>
        <w:rPr>
          <w:i/>
          <w:color w:val="173B55"/>
          <w:sz w:val="22"/>
        </w:rPr>
        <w:t xml:space="preserve"> à </w:t>
      </w:r>
      <w:proofErr w:type="spellStart"/>
      <w:r>
        <w:rPr>
          <w:i/>
          <w:color w:val="173B55"/>
          <w:sz w:val="22"/>
        </w:rPr>
        <w:t>reconnaître</w:t>
      </w:r>
      <w:proofErr w:type="spellEnd"/>
      <w:r>
        <w:rPr>
          <w:i/>
          <w:color w:val="173B55"/>
          <w:sz w:val="22"/>
        </w:rPr>
        <w:t xml:space="preserve"> </w:t>
      </w:r>
      <w:proofErr w:type="spellStart"/>
      <w:r>
        <w:rPr>
          <w:i/>
          <w:color w:val="173B55"/>
          <w:sz w:val="22"/>
        </w:rPr>
        <w:t>ce</w:t>
      </w:r>
      <w:proofErr w:type="spellEnd"/>
      <w:r>
        <w:rPr>
          <w:i/>
          <w:color w:val="173B55"/>
          <w:sz w:val="22"/>
        </w:rPr>
        <w:t xml:space="preserve"> qui est vivant en moi et à choisir, pas à pas, une réponse plus consciente.</w:t>
      </w:r>
    </w:p>
    <w:sectPr w:rsidR="00AA24B8" w:rsidSect="00034616">
      <w:footerReference w:type="default" r:id="rId8"/>
      <w:pgSz w:w="12240" w:h="15840"/>
      <w:pgMar w:top="792"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2CB76" w14:textId="77777777" w:rsidR="004C3622" w:rsidRDefault="004C3622">
      <w:pPr>
        <w:spacing w:after="0" w:line="240" w:lineRule="auto"/>
      </w:pPr>
      <w:r>
        <w:separator/>
      </w:r>
    </w:p>
  </w:endnote>
  <w:endnote w:type="continuationSeparator" w:id="0">
    <w:p w14:paraId="2D0EFFBC" w14:textId="77777777" w:rsidR="004C3622" w:rsidRDefault="004C3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D4D4" w14:textId="77777777" w:rsidR="00AA24B8" w:rsidRDefault="004C3622">
    <w:pPr>
      <w:pStyle w:val="Pieddepage"/>
      <w:jc w:val="center"/>
    </w:pPr>
    <w:r>
      <w:rPr>
        <w:color w:val="777777"/>
        <w:sz w:val="16"/>
      </w:rPr>
      <w:t xml:space="preserve">Les Ailes de </w:t>
    </w:r>
    <w:proofErr w:type="spellStart"/>
    <w:r>
      <w:rPr>
        <w:color w:val="777777"/>
        <w:sz w:val="16"/>
      </w:rPr>
      <w:t>l'Être</w:t>
    </w:r>
    <w:proofErr w:type="spellEnd"/>
    <w:r>
      <w:rPr>
        <w:color w:val="777777"/>
        <w:sz w:val="16"/>
      </w:rPr>
      <w:t xml:space="preserve">   •   </w:t>
    </w:r>
    <w:r>
      <w:rPr>
        <w:color w:val="777777"/>
        <w:sz w:val="16"/>
      </w:rPr>
      <w:fldChar w:fldCharType="begin"/>
    </w:r>
    <w:r>
      <w:rPr>
        <w:color w:val="777777"/>
        <w:sz w:val="16"/>
      </w:rPr>
      <w:instrText>PAGE</w:instrText>
    </w:r>
    <w:r w:rsidR="00FE3847">
      <w:rPr>
        <w:color w:val="777777"/>
        <w:sz w:val="16"/>
      </w:rPr>
      <w:fldChar w:fldCharType="separate"/>
    </w:r>
    <w:r w:rsidR="00FE3847">
      <w:rPr>
        <w:noProof/>
        <w:color w:val="777777"/>
        <w:sz w:val="16"/>
      </w:rPr>
      <w:t>1</w:t>
    </w:r>
    <w:r>
      <w:rPr>
        <w:color w:val="77777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FC099" w14:textId="77777777" w:rsidR="004C3622" w:rsidRDefault="004C3622">
      <w:pPr>
        <w:spacing w:after="0" w:line="240" w:lineRule="auto"/>
      </w:pPr>
      <w:r>
        <w:separator/>
      </w:r>
    </w:p>
  </w:footnote>
  <w:footnote w:type="continuationSeparator" w:id="0">
    <w:p w14:paraId="7C32C687" w14:textId="77777777" w:rsidR="004C3622" w:rsidRDefault="004C36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386762427">
    <w:abstractNumId w:val="8"/>
  </w:num>
  <w:num w:numId="2" w16cid:durableId="681202209">
    <w:abstractNumId w:val="6"/>
  </w:num>
  <w:num w:numId="3" w16cid:durableId="1899896628">
    <w:abstractNumId w:val="5"/>
  </w:num>
  <w:num w:numId="4" w16cid:durableId="2014260658">
    <w:abstractNumId w:val="4"/>
  </w:num>
  <w:num w:numId="5" w16cid:durableId="1939480715">
    <w:abstractNumId w:val="7"/>
  </w:num>
  <w:num w:numId="6" w16cid:durableId="1905678454">
    <w:abstractNumId w:val="3"/>
  </w:num>
  <w:num w:numId="7" w16cid:durableId="2074809805">
    <w:abstractNumId w:val="2"/>
  </w:num>
  <w:num w:numId="8" w16cid:durableId="1274560801">
    <w:abstractNumId w:val="1"/>
  </w:num>
  <w:num w:numId="9" w16cid:durableId="1001158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7CC5"/>
    <w:rsid w:val="0029639D"/>
    <w:rsid w:val="00326F90"/>
    <w:rsid w:val="004C3622"/>
    <w:rsid w:val="00AA1D8D"/>
    <w:rsid w:val="00AA24B8"/>
    <w:rsid w:val="00B47730"/>
    <w:rsid w:val="00BF49F2"/>
    <w:rsid w:val="00CB0664"/>
    <w:rsid w:val="00FC693F"/>
    <w:rsid w:val="00FE38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ED3C9B"/>
  <w14:defaultImageDpi w14:val="300"/>
  <w15:docId w15:val="{742BC532-0FC4-4FAA-958D-FEC9AF19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333333"/>
      <w:sz w:val="21"/>
    </w:rPr>
  </w:style>
  <w:style w:type="paragraph" w:styleId="Titre1">
    <w:name w:val="heading 1"/>
    <w:basedOn w:val="Normal"/>
    <w:next w:val="Normal"/>
    <w:link w:val="Titre1Car"/>
    <w:uiPriority w:val="9"/>
    <w:qFormat/>
    <w:rsid w:val="00FC693F"/>
    <w:pPr>
      <w:keepNext/>
      <w:keepLines/>
      <w:spacing w:before="160" w:after="140"/>
      <w:outlineLvl w:val="0"/>
    </w:pPr>
    <w:rPr>
      <w:rFonts w:asciiTheme="majorHAnsi" w:eastAsiaTheme="majorEastAsia" w:hAnsiTheme="majorHAnsi" w:cstheme="majorBidi"/>
      <w:b/>
      <w:bCs/>
      <w:color w:val="000000"/>
      <w:sz w:val="40"/>
      <w:szCs w:val="28"/>
    </w:rPr>
  </w:style>
  <w:style w:type="paragraph" w:styleId="Titre2">
    <w:name w:val="heading 2"/>
    <w:basedOn w:val="Normal"/>
    <w:next w:val="Normal"/>
    <w:link w:val="Titre2Car"/>
    <w:uiPriority w:val="9"/>
    <w:unhideWhenUsed/>
    <w:qFormat/>
    <w:rsid w:val="00FC693F"/>
    <w:pPr>
      <w:keepNext/>
      <w:keepLines/>
      <w:spacing w:before="160" w:after="140"/>
      <w:outlineLvl w:val="1"/>
    </w:pPr>
    <w:rPr>
      <w:rFonts w:asciiTheme="majorHAnsi" w:eastAsiaTheme="majorEastAsia" w:hAnsiTheme="majorHAnsi" w:cstheme="majorBidi"/>
      <w:b/>
      <w:bCs/>
      <w:color w:val="000000"/>
      <w:sz w:val="28"/>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6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4160</Words>
  <Characters>22884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12 paires de qualités jumelles</dc:title>
  <dc:subject>Support pédagogique d'accompagnement</dc:subject>
  <dc:creator>Céline Moreau - Les Ailes de l'Être</dc:creator>
  <cp:keywords/>
  <dc:description>generated by python-docx</dc:description>
  <cp:lastModifiedBy>Céline moreau</cp:lastModifiedBy>
  <cp:revision>2</cp:revision>
  <dcterms:created xsi:type="dcterms:W3CDTF">2026-09-22T14:58:00Z</dcterms:created>
  <dcterms:modified xsi:type="dcterms:W3CDTF">2026-09-22T14:58:00Z</dcterms:modified>
  <cp:category/>
</cp:coreProperties>
</file>